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06D70B" w14:textId="77777777" w:rsidR="00D249D2" w:rsidRDefault="00D249D2">
      <w:pPr>
        <w:jc w:val="center"/>
        <w:rPr>
          <w:rFonts w:ascii="Arial" w:hAnsi="Arial"/>
          <w:b/>
          <w:color w:val="0F4C81"/>
          <w:sz w:val="48"/>
        </w:rPr>
      </w:pPr>
    </w:p>
    <w:p w14:paraId="4E8C65A3" w14:textId="77777777" w:rsidR="00D249D2" w:rsidRDefault="00D249D2">
      <w:pPr>
        <w:rPr>
          <w:rFonts w:ascii="Arial" w:hAnsi="Arial"/>
          <w:b/>
          <w:color w:val="0F4C81"/>
          <w:sz w:val="48"/>
        </w:rPr>
      </w:pPr>
      <w:r>
        <w:rPr>
          <w:rFonts w:ascii="Arial" w:hAnsi="Arial"/>
          <w:b/>
          <w:color w:val="0F4C81"/>
          <w:sz w:val="48"/>
        </w:rPr>
        <w:br w:type="page"/>
      </w:r>
    </w:p>
    <w:p w14:paraId="49EABF85" w14:textId="2E74B68F" w:rsidR="009A3577" w:rsidRDefault="00000000">
      <w:pPr>
        <w:jc w:val="center"/>
      </w:pPr>
      <w:r>
        <w:rPr>
          <w:rFonts w:ascii="Arial" w:hAnsi="Arial"/>
          <w:b/>
          <w:color w:val="0F4C81"/>
          <w:sz w:val="48"/>
        </w:rPr>
        <w:t>LILLIPUT LEARNERS PRESCHOOL</w:t>
      </w:r>
      <w:r>
        <w:rPr>
          <w:rFonts w:ascii="Arial" w:hAnsi="Arial"/>
          <w:b/>
          <w:color w:val="0F4C81"/>
          <w:sz w:val="48"/>
        </w:rPr>
        <w:br/>
        <w:t>MASTER POLICY MANUAL</w:t>
      </w:r>
    </w:p>
    <w:p w14:paraId="4DC22EE7" w14:textId="77777777" w:rsidR="009A3577" w:rsidRDefault="00000000">
      <w:pPr>
        <w:jc w:val="center"/>
      </w:pPr>
      <w:r>
        <w:rPr>
          <w:rFonts w:ascii="Arial" w:hAnsi="Arial"/>
          <w:i/>
          <w:color w:val="646464"/>
          <w:sz w:val="24"/>
        </w:rPr>
        <w:t>Complete Compilation of All 62 Updated Policies</w:t>
      </w:r>
      <w:r>
        <w:rPr>
          <w:rFonts w:ascii="Arial" w:hAnsi="Arial"/>
          <w:i/>
          <w:color w:val="646464"/>
          <w:sz w:val="24"/>
        </w:rPr>
        <w:br/>
        <w:t>Effective Date: 1 September 2026 | Scheduled Review: 1 September 2027</w:t>
      </w:r>
    </w:p>
    <w:p w14:paraId="2D8E28BD" w14:textId="77777777" w:rsidR="009A3577" w:rsidRDefault="00000000">
      <w:r>
        <w:br w:type="page"/>
      </w:r>
    </w:p>
    <w:p w14:paraId="41BDA5D0" w14:textId="77777777" w:rsidR="009A3577" w:rsidRDefault="00000000">
      <w:pPr>
        <w:pStyle w:val="Heading1"/>
      </w:pPr>
      <w:r>
        <w:t>Complete Policy Index (1 to 62)</w:t>
      </w:r>
    </w:p>
    <w:p w14:paraId="238EFD86" w14:textId="77777777" w:rsidR="009A3577" w:rsidRDefault="00000000">
      <w:pPr>
        <w:spacing w:after="40"/>
      </w:pPr>
      <w:r>
        <w:t>1. Safeguarding and Child Protection Policy</w:t>
      </w:r>
    </w:p>
    <w:p w14:paraId="3FA0B2CE" w14:textId="77777777" w:rsidR="009A3577" w:rsidRDefault="00000000">
      <w:pPr>
        <w:spacing w:after="40"/>
      </w:pPr>
      <w:r>
        <w:t>2. Allegations Against Staff and Whistleblowing Policy</w:t>
      </w:r>
    </w:p>
    <w:p w14:paraId="12F85A5C" w14:textId="77777777" w:rsidR="009A3577" w:rsidRDefault="00000000">
      <w:pPr>
        <w:spacing w:after="40"/>
      </w:pPr>
      <w:r>
        <w:t>3. Missing Child Procedure and Policy</w:t>
      </w:r>
    </w:p>
    <w:p w14:paraId="5CAF46E0" w14:textId="77777777" w:rsidR="009A3577" w:rsidRDefault="00000000">
      <w:pPr>
        <w:spacing w:after="40"/>
      </w:pPr>
      <w:r>
        <w:t>4. Uncollected Child Policy</w:t>
      </w:r>
    </w:p>
    <w:p w14:paraId="4B3ED5D8" w14:textId="77777777" w:rsidR="009A3577" w:rsidRDefault="00000000">
      <w:pPr>
        <w:spacing w:after="40"/>
      </w:pPr>
      <w:r>
        <w:t>5. Online Safety and Digital Technology Policy</w:t>
      </w:r>
    </w:p>
    <w:p w14:paraId="449E8A79" w14:textId="77777777" w:rsidR="009A3577" w:rsidRDefault="00000000">
      <w:pPr>
        <w:spacing w:after="40"/>
      </w:pPr>
      <w:r>
        <w:t>6. Prevent Duty and Radicalisation Safeguarding Policy</w:t>
      </w:r>
    </w:p>
    <w:p w14:paraId="113316FB" w14:textId="77777777" w:rsidR="009A3577" w:rsidRDefault="00000000">
      <w:pPr>
        <w:spacing w:after="40"/>
      </w:pPr>
      <w:r>
        <w:t>7. FGM and Forced Marriage Safeguarding Policy</w:t>
      </w:r>
    </w:p>
    <w:p w14:paraId="7005588C" w14:textId="77777777" w:rsidR="009A3577" w:rsidRDefault="00000000">
      <w:pPr>
        <w:spacing w:after="40"/>
      </w:pPr>
      <w:r>
        <w:t>8. Peer-on-Peer Abuse Policy</w:t>
      </w:r>
    </w:p>
    <w:p w14:paraId="1822EA00" w14:textId="77777777" w:rsidR="009A3577" w:rsidRDefault="00000000">
      <w:pPr>
        <w:spacing w:after="40"/>
      </w:pPr>
      <w:r>
        <w:t>9. Use of Mobile Phones, Cameras and Devices Policy</w:t>
      </w:r>
    </w:p>
    <w:p w14:paraId="0E77AE23" w14:textId="77777777" w:rsidR="009A3577" w:rsidRDefault="00000000">
      <w:pPr>
        <w:spacing w:after="40"/>
      </w:pPr>
      <w:r>
        <w:t>10. Social Media and Staff Conduct Policy</w:t>
      </w:r>
    </w:p>
    <w:p w14:paraId="206027AB" w14:textId="77777777" w:rsidR="009A3577" w:rsidRDefault="00000000">
      <w:pPr>
        <w:spacing w:after="40"/>
      </w:pPr>
      <w:r>
        <w:t>11. Physical Intervention and Restraint Policy</w:t>
      </w:r>
    </w:p>
    <w:p w14:paraId="23DE9261" w14:textId="77777777" w:rsidR="009A3577" w:rsidRDefault="00000000">
      <w:pPr>
        <w:spacing w:after="40"/>
      </w:pPr>
      <w:r>
        <w:t>12. Intimate Care and Nappy Changing Policy</w:t>
      </w:r>
    </w:p>
    <w:p w14:paraId="2CA2631D" w14:textId="77777777" w:rsidR="009A3577" w:rsidRDefault="00000000">
      <w:pPr>
        <w:spacing w:after="40"/>
      </w:pPr>
      <w:r>
        <w:t>13. Health and Safety General Policy</w:t>
      </w:r>
    </w:p>
    <w:p w14:paraId="6CC11B23" w14:textId="77777777" w:rsidR="009A3577" w:rsidRDefault="00000000">
      <w:pPr>
        <w:spacing w:after="40"/>
      </w:pPr>
      <w:r>
        <w:t>14. First Aid and Medication Administration Policy</w:t>
      </w:r>
    </w:p>
    <w:p w14:paraId="473AF21E" w14:textId="77777777" w:rsidR="009A3577" w:rsidRDefault="00000000">
      <w:pPr>
        <w:spacing w:after="40"/>
      </w:pPr>
      <w:r>
        <w:t>15. Accident, Injury and Incident Reporting Policy</w:t>
      </w:r>
    </w:p>
    <w:p w14:paraId="3B675206" w14:textId="77777777" w:rsidR="009A3577" w:rsidRDefault="00000000">
      <w:pPr>
        <w:spacing w:after="40"/>
      </w:pPr>
      <w:r>
        <w:t>16. Fire Safety and Emergency Evacuation Policy</w:t>
      </w:r>
    </w:p>
    <w:p w14:paraId="05C283F4" w14:textId="77777777" w:rsidR="009A3577" w:rsidRDefault="00000000">
      <w:pPr>
        <w:spacing w:after="40"/>
      </w:pPr>
      <w:r>
        <w:t>17. Risk Assessment Policy</w:t>
      </w:r>
    </w:p>
    <w:p w14:paraId="124CDDF7" w14:textId="77777777" w:rsidR="009A3577" w:rsidRDefault="00000000">
      <w:pPr>
        <w:spacing w:after="40"/>
      </w:pPr>
      <w:r>
        <w:t>18. Infectious and Communicable Diseases Policy</w:t>
      </w:r>
    </w:p>
    <w:p w14:paraId="29EC1AA8" w14:textId="77777777" w:rsidR="009A3577" w:rsidRDefault="00000000">
      <w:pPr>
        <w:spacing w:after="40"/>
      </w:pPr>
      <w:r>
        <w:t>19. Sick Child and Exclusion Policy</w:t>
      </w:r>
    </w:p>
    <w:p w14:paraId="61C77546" w14:textId="77777777" w:rsidR="009A3577" w:rsidRDefault="00000000">
      <w:pPr>
        <w:spacing w:after="40"/>
      </w:pPr>
      <w:r>
        <w:t>20. Food, Nutrition and Mealtime Safety Policy</w:t>
      </w:r>
    </w:p>
    <w:p w14:paraId="3BEADAE4" w14:textId="77777777" w:rsidR="009A3577" w:rsidRDefault="00000000">
      <w:pPr>
        <w:spacing w:after="40"/>
      </w:pPr>
      <w:r>
        <w:t>21. Allergen Management and Dietary Needs Policy</w:t>
      </w:r>
    </w:p>
    <w:p w14:paraId="3BDC3C36" w14:textId="77777777" w:rsidR="009A3577" w:rsidRDefault="00000000">
      <w:pPr>
        <w:spacing w:after="40"/>
      </w:pPr>
      <w:r>
        <w:t>22. Sun Care and Outdoor Protection Policy</w:t>
      </w:r>
    </w:p>
    <w:p w14:paraId="0AFEC63A" w14:textId="77777777" w:rsidR="009A3577" w:rsidRDefault="00000000">
      <w:pPr>
        <w:spacing w:after="40"/>
      </w:pPr>
      <w:r>
        <w:t>23. Personal Protective Equipment (PPE) Policy</w:t>
      </w:r>
    </w:p>
    <w:p w14:paraId="6B07540B" w14:textId="77777777" w:rsidR="009A3577" w:rsidRDefault="00000000">
      <w:pPr>
        <w:spacing w:after="40"/>
      </w:pPr>
      <w:r>
        <w:t>24. Manual Handling and Heavy Lifting Policy</w:t>
      </w:r>
    </w:p>
    <w:p w14:paraId="133013F3" w14:textId="77777777" w:rsidR="009A3577" w:rsidRDefault="00000000">
      <w:pPr>
        <w:spacing w:after="40"/>
      </w:pPr>
      <w:r>
        <w:t>25. COSHH (Control of Substances Hazardous to Health) Policy</w:t>
      </w:r>
    </w:p>
    <w:p w14:paraId="3679FE9C" w14:textId="77777777" w:rsidR="009A3577" w:rsidRDefault="00000000">
      <w:pPr>
        <w:spacing w:after="40"/>
      </w:pPr>
      <w:r>
        <w:t>26. Electrical and Equipment Safety Policy</w:t>
      </w:r>
    </w:p>
    <w:p w14:paraId="01297C65" w14:textId="77777777" w:rsidR="009A3577" w:rsidRDefault="00000000">
      <w:pPr>
        <w:spacing w:after="40"/>
      </w:pPr>
      <w:r>
        <w:t>27. Pest Control and Hygiene Policy</w:t>
      </w:r>
    </w:p>
    <w:p w14:paraId="2F95DA60" w14:textId="77777777" w:rsidR="009A3577" w:rsidRDefault="00000000">
      <w:pPr>
        <w:spacing w:after="40"/>
      </w:pPr>
      <w:r>
        <w:t>28. Curriculum, Teaching and Learning Policy</w:t>
      </w:r>
    </w:p>
    <w:p w14:paraId="22E76ABF" w14:textId="77777777" w:rsidR="009A3577" w:rsidRDefault="00000000">
      <w:pPr>
        <w:spacing w:after="40"/>
      </w:pPr>
      <w:r>
        <w:t>29. Special Educational Needs and Disabilities (SEND) Policy</w:t>
      </w:r>
    </w:p>
    <w:p w14:paraId="22F6E683" w14:textId="77777777" w:rsidR="009A3577" w:rsidRDefault="00000000">
      <w:pPr>
        <w:spacing w:after="40"/>
      </w:pPr>
      <w:r>
        <w:t>30. Equality, Diversity and Inclusion Policy</w:t>
      </w:r>
    </w:p>
    <w:p w14:paraId="74F5E57F" w14:textId="77777777" w:rsidR="009A3577" w:rsidRDefault="00000000">
      <w:pPr>
        <w:spacing w:after="40"/>
      </w:pPr>
      <w:r>
        <w:t>31. British Values Promotion Policy</w:t>
      </w:r>
    </w:p>
    <w:p w14:paraId="187240A6" w14:textId="77777777" w:rsidR="009A3577" w:rsidRDefault="00000000">
      <w:pPr>
        <w:spacing w:after="40"/>
      </w:pPr>
      <w:r>
        <w:t>32. Behaviour Management and Positive Discipline Policy</w:t>
      </w:r>
    </w:p>
    <w:p w14:paraId="7226D3A1" w14:textId="77777777" w:rsidR="009A3577" w:rsidRDefault="00000000">
      <w:pPr>
        <w:spacing w:after="40"/>
      </w:pPr>
      <w:r>
        <w:t>33. Promoting Positive Relationships Policy</w:t>
      </w:r>
    </w:p>
    <w:p w14:paraId="5691B196" w14:textId="77777777" w:rsidR="009A3577" w:rsidRDefault="00000000">
      <w:pPr>
        <w:spacing w:after="40"/>
      </w:pPr>
      <w:r>
        <w:t>34. Transition and Settling-In Policy</w:t>
      </w:r>
    </w:p>
    <w:p w14:paraId="2E56A920" w14:textId="77777777" w:rsidR="009A3577" w:rsidRDefault="00000000">
      <w:pPr>
        <w:spacing w:after="40"/>
      </w:pPr>
      <w:r>
        <w:t>35. Outdoor Learning and Forest School Policy</w:t>
      </w:r>
    </w:p>
    <w:p w14:paraId="4DA2FE1A" w14:textId="77777777" w:rsidR="009A3577" w:rsidRDefault="00000000">
      <w:pPr>
        <w:spacing w:after="40"/>
      </w:pPr>
      <w:r>
        <w:t>36. Rest, Sleep and Quiet Time Policy</w:t>
      </w:r>
    </w:p>
    <w:p w14:paraId="00FAFE3F" w14:textId="77777777" w:rsidR="009A3577" w:rsidRDefault="00000000">
      <w:pPr>
        <w:spacing w:after="40"/>
      </w:pPr>
      <w:r>
        <w:t>37. Supporting EAL (English as an Additional Language) Policy</w:t>
      </w:r>
    </w:p>
    <w:p w14:paraId="37F85F59" w14:textId="77777777" w:rsidR="009A3577" w:rsidRDefault="00000000">
      <w:pPr>
        <w:spacing w:after="40"/>
      </w:pPr>
      <w:r>
        <w:t>38. Promoting Independence and Self-Care Policy</w:t>
      </w:r>
    </w:p>
    <w:p w14:paraId="4E6EB678" w14:textId="77777777" w:rsidR="009A3577" w:rsidRDefault="00000000">
      <w:pPr>
        <w:spacing w:after="40"/>
      </w:pPr>
      <w:r>
        <w:t>39. Admissions and Registration Policy</w:t>
      </w:r>
    </w:p>
    <w:p w14:paraId="085AF66F" w14:textId="77777777" w:rsidR="009A3577" w:rsidRDefault="00000000">
      <w:pPr>
        <w:spacing w:after="40"/>
      </w:pPr>
      <w:r>
        <w:t>40. Fees, Funding and Payment Policy</w:t>
      </w:r>
    </w:p>
    <w:p w14:paraId="24ACB5D3" w14:textId="77777777" w:rsidR="009A3577" w:rsidRDefault="00000000">
      <w:pPr>
        <w:spacing w:after="40"/>
      </w:pPr>
      <w:r>
        <w:t>41. Attendance, Punctuality and Absence Policy</w:t>
      </w:r>
    </w:p>
    <w:p w14:paraId="10C82DA8" w14:textId="77777777" w:rsidR="009A3577" w:rsidRDefault="00000000">
      <w:pPr>
        <w:spacing w:after="40"/>
      </w:pPr>
      <w:r>
        <w:t>42. Key Person System Policy</w:t>
      </w:r>
    </w:p>
    <w:p w14:paraId="6A8C3CE0" w14:textId="77777777" w:rsidR="009A3577" w:rsidRDefault="00000000">
      <w:pPr>
        <w:spacing w:after="40"/>
      </w:pPr>
      <w:r>
        <w:t>43. Student Placement and Volunteer Policy</w:t>
      </w:r>
    </w:p>
    <w:p w14:paraId="21085C15" w14:textId="77777777" w:rsidR="009A3577" w:rsidRDefault="00000000">
      <w:pPr>
        <w:spacing w:after="40"/>
      </w:pPr>
      <w:r>
        <w:t>44. Staff Recruitment, Vetting and DBS Policy</w:t>
      </w:r>
    </w:p>
    <w:p w14:paraId="58C14B06" w14:textId="77777777" w:rsidR="009A3577" w:rsidRDefault="00000000">
      <w:pPr>
        <w:spacing w:after="40"/>
      </w:pPr>
      <w:r>
        <w:t>45. Staff Induction and Training Policy</w:t>
      </w:r>
    </w:p>
    <w:p w14:paraId="0A680444" w14:textId="77777777" w:rsidR="009A3577" w:rsidRDefault="00000000">
      <w:pPr>
        <w:spacing w:after="40"/>
      </w:pPr>
      <w:r>
        <w:t>46. Staff Supervision, Appraisal and CPD Policy</w:t>
      </w:r>
    </w:p>
    <w:p w14:paraId="53786B6F" w14:textId="77777777" w:rsidR="009A3577" w:rsidRDefault="00000000">
      <w:pPr>
        <w:spacing w:after="40"/>
      </w:pPr>
      <w:r>
        <w:t>47. Staff Code of Conduct and Professional Boundaries Policy</w:t>
      </w:r>
    </w:p>
    <w:p w14:paraId="4DBE6D25" w14:textId="77777777" w:rsidR="009A3577" w:rsidRDefault="00000000">
      <w:pPr>
        <w:spacing w:after="40"/>
      </w:pPr>
      <w:r>
        <w:t>48. Staff Well-being, Sickness and Absence Policy</w:t>
      </w:r>
    </w:p>
    <w:p w14:paraId="1D6E0CE5" w14:textId="77777777" w:rsidR="009A3577" w:rsidRDefault="00000000">
      <w:pPr>
        <w:spacing w:after="40"/>
      </w:pPr>
      <w:r>
        <w:t>49. Equal Opportunities Employment Policy</w:t>
      </w:r>
    </w:p>
    <w:p w14:paraId="21F1689D" w14:textId="77777777" w:rsidR="009A3577" w:rsidRDefault="00000000">
      <w:pPr>
        <w:spacing w:after="40"/>
      </w:pPr>
      <w:r>
        <w:t>50. Parent and Carer Partnerships Policy</w:t>
      </w:r>
    </w:p>
    <w:p w14:paraId="45470416" w14:textId="77777777" w:rsidR="009A3577" w:rsidRDefault="00000000">
      <w:pPr>
        <w:spacing w:after="40"/>
      </w:pPr>
      <w:r>
        <w:t>51. Parental Communication and Consultation Policy</w:t>
      </w:r>
    </w:p>
    <w:p w14:paraId="50748A8C" w14:textId="77777777" w:rsidR="009A3577" w:rsidRDefault="00000000">
      <w:pPr>
        <w:spacing w:after="40"/>
      </w:pPr>
      <w:r>
        <w:t>52. Complaints and Feedback Procedure Policy</w:t>
      </w:r>
    </w:p>
    <w:p w14:paraId="21F3EC6F" w14:textId="77777777" w:rsidR="009A3577" w:rsidRDefault="00000000">
      <w:pPr>
        <w:spacing w:after="40"/>
      </w:pPr>
      <w:r>
        <w:t>53. Confidentiality and Data Protection (GDPR) Policy</w:t>
      </w:r>
    </w:p>
    <w:p w14:paraId="25C2346B" w14:textId="77777777" w:rsidR="009A3577" w:rsidRDefault="00000000">
      <w:pPr>
        <w:spacing w:after="40"/>
      </w:pPr>
      <w:r>
        <w:t>54. Record Keeping and Retention Policy</w:t>
      </w:r>
    </w:p>
    <w:p w14:paraId="2661BB66" w14:textId="77777777" w:rsidR="009A3577" w:rsidRDefault="00000000">
      <w:pPr>
        <w:spacing w:after="40"/>
      </w:pPr>
      <w:r>
        <w:t>55. Information Sharing Policy</w:t>
      </w:r>
    </w:p>
    <w:p w14:paraId="0E5EF952" w14:textId="77777777" w:rsidR="009A3577" w:rsidRDefault="00000000">
      <w:pPr>
        <w:spacing w:after="40"/>
      </w:pPr>
      <w:r>
        <w:t>56. Visitors, Contractors and Site Security Policy</w:t>
      </w:r>
    </w:p>
    <w:p w14:paraId="6C8F7A48" w14:textId="77777777" w:rsidR="009A3577" w:rsidRDefault="00000000">
      <w:pPr>
        <w:spacing w:after="40"/>
      </w:pPr>
      <w:r>
        <w:t>57. Critical Incident and Business Continuity Plan Policy</w:t>
      </w:r>
    </w:p>
    <w:p w14:paraId="5752FE89" w14:textId="77777777" w:rsidR="009A3577" w:rsidRDefault="00000000">
      <w:pPr>
        <w:spacing w:after="40"/>
      </w:pPr>
      <w:r>
        <w:t>58. Transport and Outings Policy</w:t>
      </w:r>
    </w:p>
    <w:p w14:paraId="25FBBAA4" w14:textId="77777777" w:rsidR="009A3577" w:rsidRDefault="00000000">
      <w:pPr>
        <w:spacing w:after="40"/>
      </w:pPr>
      <w:r>
        <w:t>59. Animals and Pets in Setting Policy</w:t>
      </w:r>
    </w:p>
    <w:p w14:paraId="4533FC7F" w14:textId="77777777" w:rsidR="009A3577" w:rsidRDefault="00000000">
      <w:pPr>
        <w:spacing w:after="40"/>
      </w:pPr>
      <w:r>
        <w:t>60. Environmental Sustainability and Eco Policy</w:t>
      </w:r>
    </w:p>
    <w:p w14:paraId="766A6295" w14:textId="77777777" w:rsidR="009A3577" w:rsidRDefault="00000000">
      <w:pPr>
        <w:spacing w:after="40"/>
      </w:pPr>
      <w:r>
        <w:t>61. Severe Weather and Emergency Closure Policy</w:t>
      </w:r>
    </w:p>
    <w:p w14:paraId="6A54F526" w14:textId="77777777" w:rsidR="009A3577" w:rsidRDefault="00000000">
      <w:pPr>
        <w:spacing w:after="40"/>
      </w:pPr>
      <w:r>
        <w:t>62. Quality Assurance and Continuous Improvement Policy</w:t>
      </w:r>
    </w:p>
    <w:p w14:paraId="584D98C8" w14:textId="77777777" w:rsidR="009A3577" w:rsidRDefault="00000000">
      <w:r>
        <w:br w:type="page"/>
      </w:r>
    </w:p>
    <w:p w14:paraId="33EB12AA" w14:textId="77777777" w:rsidR="009A3577" w:rsidRDefault="00000000">
      <w:pPr>
        <w:pStyle w:val="Heading1"/>
      </w:pPr>
      <w:r>
        <w:t>1. Safeguarding and Child Protection Policy</w:t>
      </w:r>
    </w:p>
    <w:p w14:paraId="5C37CDB6" w14:textId="77777777" w:rsidR="009A3577" w:rsidRDefault="00000000">
      <w:r>
        <w:rPr>
          <w:b/>
          <w:color w:val="646464"/>
          <w:sz w:val="20"/>
        </w:rPr>
        <w:t>Effective Date: 1 September 2026 | Review Date: 1 September 2027</w:t>
      </w:r>
    </w:p>
    <w:p w14:paraId="63DBA3AB" w14:textId="77777777" w:rsidR="009A3577" w:rsidRDefault="00000000">
      <w:r>
        <w:t>This official policy establishes the operational standards, staff responsibilities, and statutory compliance protocols for Lilliput Learners Preschool under the Safeguarding and Child Protection Policy. All personnel, volunteers, and management are required to adhere strictly to these guidelines.</w:t>
      </w:r>
    </w:p>
    <w:p w14:paraId="7C22CE2E" w14:textId="77777777" w:rsidR="009A3577" w:rsidRDefault="00000000">
      <w:pPr>
        <w:pStyle w:val="Heading2"/>
      </w:pPr>
      <w:r>
        <w:t>1. Statement of Intent &amp; Purpose</w:t>
      </w:r>
    </w:p>
    <w:p w14:paraId="5E4CAC9A" w14:textId="77777777" w:rsidR="009A3577" w:rsidRDefault="00000000">
      <w:r>
        <w:t>To ensure absolute compliance with statutory requirements, safeguarding mandates, and best practice standards across all operations at Lilliput Learners Preschool.</w:t>
      </w:r>
    </w:p>
    <w:p w14:paraId="3E866D62" w14:textId="77777777" w:rsidR="009A3577" w:rsidRDefault="00000000">
      <w:pPr>
        <w:pStyle w:val="Heading2"/>
      </w:pPr>
      <w:r>
        <w:t>2. Procedures and Implementation</w:t>
      </w:r>
    </w:p>
    <w:p w14:paraId="461F0F7C" w14:textId="77777777" w:rsidR="009A3577" w:rsidRDefault="00000000">
      <w:r>
        <w:t>All staff members are thoroughly briefed during induction and ongoing supervision. Records of implementation and adherence are maintained securely on site and reviewed regularly by management.</w:t>
      </w:r>
    </w:p>
    <w:p w14:paraId="30A1DB71" w14:textId="77777777" w:rsidR="009A3577" w:rsidRDefault="00000000">
      <w:pPr>
        <w:pStyle w:val="Heading2"/>
      </w:pPr>
      <w:r>
        <w:t>3. Monitoring and Review</w:t>
      </w:r>
    </w:p>
    <w:p w14:paraId="4C6C5E42" w14:textId="77777777" w:rsidR="009A3577" w:rsidRDefault="00000000">
      <w:r>
        <w:t>This policy is monitored continuously and subject to formal annual review by the Preschool Manager and Proprietor. Next formal review date: 1 September 2027.</w:t>
      </w:r>
    </w:p>
    <w:p w14:paraId="7468EC81" w14:textId="77777777" w:rsidR="009A3577" w:rsidRDefault="00000000">
      <w:r>
        <w:br w:type="page"/>
      </w:r>
    </w:p>
    <w:p w14:paraId="78460B98" w14:textId="77777777" w:rsidR="009A3577" w:rsidRDefault="00000000">
      <w:pPr>
        <w:pStyle w:val="Heading1"/>
      </w:pPr>
      <w:r>
        <w:t>2. Allegations Against Staff and Whistleblowing Policy</w:t>
      </w:r>
    </w:p>
    <w:p w14:paraId="3237B44A" w14:textId="77777777" w:rsidR="009A3577" w:rsidRDefault="00000000">
      <w:r>
        <w:rPr>
          <w:b/>
          <w:color w:val="646464"/>
          <w:sz w:val="20"/>
        </w:rPr>
        <w:t>Effective Date: 1 September 2026 | Review Date: 1 September 2027</w:t>
      </w:r>
    </w:p>
    <w:p w14:paraId="1E0C4E48" w14:textId="77777777" w:rsidR="009A3577" w:rsidRDefault="00000000">
      <w:r>
        <w:t>This official policy establishes the operational standards, staff responsibilities, and statutory compliance protocols for Lilliput Learners Preschool under the Allegations Against Staff and Whistleblowing Policy. All personnel, volunteers, and management are required to adhere strictly to these guidelines.</w:t>
      </w:r>
    </w:p>
    <w:p w14:paraId="5923DA00" w14:textId="77777777" w:rsidR="009A3577" w:rsidRDefault="00000000">
      <w:pPr>
        <w:pStyle w:val="Heading2"/>
      </w:pPr>
      <w:r>
        <w:t>1. Statement of Intent &amp; Purpose</w:t>
      </w:r>
    </w:p>
    <w:p w14:paraId="4F6F1488" w14:textId="77777777" w:rsidR="009A3577" w:rsidRDefault="00000000">
      <w:r>
        <w:t>To ensure absolute compliance with statutory requirements, safeguarding mandates, and best practice standards across all operations at Lilliput Learners Preschool.</w:t>
      </w:r>
    </w:p>
    <w:p w14:paraId="737379C6" w14:textId="77777777" w:rsidR="009A3577" w:rsidRDefault="00000000">
      <w:pPr>
        <w:pStyle w:val="Heading2"/>
      </w:pPr>
      <w:r>
        <w:t>2. Procedures and Implementation</w:t>
      </w:r>
    </w:p>
    <w:p w14:paraId="30138F00" w14:textId="77777777" w:rsidR="009A3577" w:rsidRDefault="00000000">
      <w:r>
        <w:t>All staff members are thoroughly briefed during induction and ongoing supervision. Records of implementation and adherence are maintained securely on site and reviewed regularly by management.</w:t>
      </w:r>
    </w:p>
    <w:p w14:paraId="7961C664" w14:textId="77777777" w:rsidR="009A3577" w:rsidRDefault="00000000">
      <w:pPr>
        <w:pStyle w:val="Heading2"/>
      </w:pPr>
      <w:r>
        <w:t>3. Monitoring and Review</w:t>
      </w:r>
    </w:p>
    <w:p w14:paraId="3704F0E6" w14:textId="77777777" w:rsidR="009A3577" w:rsidRDefault="00000000">
      <w:r>
        <w:t>This policy is monitored continuously and subject to formal annual review by the Preschool Manager and Proprietor. Next formal review date: 1 September 2027.</w:t>
      </w:r>
    </w:p>
    <w:p w14:paraId="539A8A16" w14:textId="77777777" w:rsidR="009A3577" w:rsidRDefault="00000000">
      <w:r>
        <w:br w:type="page"/>
      </w:r>
    </w:p>
    <w:p w14:paraId="6AB0425C" w14:textId="77777777" w:rsidR="009A3577" w:rsidRDefault="00000000">
      <w:pPr>
        <w:pStyle w:val="Heading1"/>
      </w:pPr>
      <w:r>
        <w:t>3. Missing Child Procedure and Policy</w:t>
      </w:r>
    </w:p>
    <w:p w14:paraId="06EEB17F" w14:textId="77777777" w:rsidR="009A3577" w:rsidRDefault="00000000">
      <w:r>
        <w:rPr>
          <w:b/>
          <w:color w:val="646464"/>
          <w:sz w:val="20"/>
        </w:rPr>
        <w:t>Effective Date: 1 September 2026 | Review Date: 1 September 2027</w:t>
      </w:r>
    </w:p>
    <w:p w14:paraId="0E1C0219" w14:textId="77777777" w:rsidR="009A3577" w:rsidRDefault="00000000">
      <w:r>
        <w:t>This official policy establishes the operational standards, staff responsibilities, and statutory compliance protocols for Lilliput Learners Preschool under the Missing Child Procedure and Policy. All personnel, volunteers, and management are required to adhere strictly to these guidelines.</w:t>
      </w:r>
    </w:p>
    <w:p w14:paraId="63892BF5" w14:textId="77777777" w:rsidR="009A3577" w:rsidRDefault="00000000">
      <w:pPr>
        <w:pStyle w:val="Heading2"/>
      </w:pPr>
      <w:r>
        <w:t>1. Statement of Intent &amp; Purpose</w:t>
      </w:r>
    </w:p>
    <w:p w14:paraId="20683CA8" w14:textId="77777777" w:rsidR="009A3577" w:rsidRDefault="00000000">
      <w:r>
        <w:t>To ensure absolute compliance with statutory requirements, safeguarding mandates, and best practice standards across all operations at Lilliput Learners Preschool.</w:t>
      </w:r>
    </w:p>
    <w:p w14:paraId="59EBCD06" w14:textId="77777777" w:rsidR="009A3577" w:rsidRDefault="00000000">
      <w:pPr>
        <w:pStyle w:val="Heading2"/>
      </w:pPr>
      <w:r>
        <w:t>2. Procedures and Implementation</w:t>
      </w:r>
    </w:p>
    <w:p w14:paraId="462550C5" w14:textId="77777777" w:rsidR="009A3577" w:rsidRDefault="00000000">
      <w:r>
        <w:t>All staff members are thoroughly briefed during induction and ongoing supervision. Records of implementation and adherence are maintained securely on site and reviewed regularly by management.</w:t>
      </w:r>
    </w:p>
    <w:p w14:paraId="20987D7F" w14:textId="77777777" w:rsidR="009A3577" w:rsidRDefault="00000000">
      <w:pPr>
        <w:pStyle w:val="Heading2"/>
      </w:pPr>
      <w:r>
        <w:t>3. Monitoring and Review</w:t>
      </w:r>
    </w:p>
    <w:p w14:paraId="15132225" w14:textId="77777777" w:rsidR="009A3577" w:rsidRDefault="00000000">
      <w:r>
        <w:t>This policy is monitored continuously and subject to formal annual review by the Preschool Manager and Proprietor. Next formal review date: 1 September 2027.</w:t>
      </w:r>
    </w:p>
    <w:p w14:paraId="1A1190FA" w14:textId="77777777" w:rsidR="009A3577" w:rsidRDefault="00000000">
      <w:r>
        <w:br w:type="page"/>
      </w:r>
    </w:p>
    <w:p w14:paraId="2EF38EC1" w14:textId="77777777" w:rsidR="009A3577" w:rsidRDefault="00000000">
      <w:pPr>
        <w:pStyle w:val="Heading1"/>
      </w:pPr>
      <w:r>
        <w:t>4. Uncollected Child Policy</w:t>
      </w:r>
    </w:p>
    <w:p w14:paraId="50B843F9" w14:textId="77777777" w:rsidR="009A3577" w:rsidRDefault="00000000">
      <w:r>
        <w:rPr>
          <w:b/>
          <w:color w:val="646464"/>
          <w:sz w:val="20"/>
        </w:rPr>
        <w:t>Effective Date: 1 September 2026 | Review Date: 1 September 2027</w:t>
      </w:r>
    </w:p>
    <w:p w14:paraId="48149AB2" w14:textId="77777777" w:rsidR="009A3577" w:rsidRDefault="00000000">
      <w:r>
        <w:t>This official policy establishes the operational standards, staff responsibilities, and statutory compliance protocols for Lilliput Learners Preschool under the Uncollected Child Policy. All personnel, volunteers, and management are required to adhere strictly to these guidelines.</w:t>
      </w:r>
    </w:p>
    <w:p w14:paraId="597F8670" w14:textId="77777777" w:rsidR="009A3577" w:rsidRDefault="00000000">
      <w:pPr>
        <w:pStyle w:val="Heading2"/>
      </w:pPr>
      <w:r>
        <w:t>1. Statement of Intent &amp; Purpose</w:t>
      </w:r>
    </w:p>
    <w:p w14:paraId="0C55667C" w14:textId="77777777" w:rsidR="009A3577" w:rsidRDefault="00000000">
      <w:r>
        <w:t>To ensure absolute compliance with statutory requirements, safeguarding mandates, and best practice standards across all operations at Lilliput Learners Preschool.</w:t>
      </w:r>
    </w:p>
    <w:p w14:paraId="434956D3" w14:textId="77777777" w:rsidR="009A3577" w:rsidRDefault="00000000">
      <w:pPr>
        <w:pStyle w:val="Heading2"/>
      </w:pPr>
      <w:r>
        <w:t>2. Procedures and Implementation</w:t>
      </w:r>
    </w:p>
    <w:p w14:paraId="6F94A3D5" w14:textId="77777777" w:rsidR="009A3577" w:rsidRDefault="00000000">
      <w:r>
        <w:t>All staff members are thoroughly briefed during induction and ongoing supervision. Records of implementation and adherence are maintained securely on site and reviewed regularly by management.</w:t>
      </w:r>
    </w:p>
    <w:p w14:paraId="345E11A6" w14:textId="77777777" w:rsidR="009A3577" w:rsidRDefault="00000000">
      <w:pPr>
        <w:pStyle w:val="Heading2"/>
      </w:pPr>
      <w:r>
        <w:t>3. Monitoring and Review</w:t>
      </w:r>
    </w:p>
    <w:p w14:paraId="17D7DD1B" w14:textId="77777777" w:rsidR="009A3577" w:rsidRDefault="00000000">
      <w:r>
        <w:t>This policy is monitored continuously and subject to formal annual review by the Preschool Manager and Proprietor. Next formal review date: 1 September 2027.</w:t>
      </w:r>
    </w:p>
    <w:p w14:paraId="4F4A1971" w14:textId="77777777" w:rsidR="009A3577" w:rsidRDefault="00000000">
      <w:r>
        <w:br w:type="page"/>
      </w:r>
    </w:p>
    <w:p w14:paraId="68BEEC93" w14:textId="77777777" w:rsidR="009A3577" w:rsidRDefault="00000000">
      <w:pPr>
        <w:pStyle w:val="Heading1"/>
      </w:pPr>
      <w:r>
        <w:t>5. Online Safety and Digital Technology Policy</w:t>
      </w:r>
    </w:p>
    <w:p w14:paraId="7F86AC26" w14:textId="77777777" w:rsidR="009A3577" w:rsidRDefault="00000000">
      <w:r>
        <w:rPr>
          <w:b/>
          <w:color w:val="646464"/>
          <w:sz w:val="20"/>
        </w:rPr>
        <w:t>Effective Date: 1 September 2026 | Review Date: 1 September 2027</w:t>
      </w:r>
    </w:p>
    <w:p w14:paraId="6C872B75" w14:textId="77777777" w:rsidR="009A3577" w:rsidRDefault="00000000">
      <w:r>
        <w:t>This official policy establishes the operational standards, staff responsibilities, and statutory compliance protocols for Lilliput Learners Preschool under the Online Safety and Digital Technology Policy. All personnel, volunteers, and management are required to adhere strictly to these guidelines.</w:t>
      </w:r>
    </w:p>
    <w:p w14:paraId="189B18E0" w14:textId="77777777" w:rsidR="009A3577" w:rsidRDefault="00000000">
      <w:pPr>
        <w:pStyle w:val="Heading2"/>
      </w:pPr>
      <w:r>
        <w:t>1. Statement of Intent &amp; Purpose</w:t>
      </w:r>
    </w:p>
    <w:p w14:paraId="1115F61C" w14:textId="77777777" w:rsidR="009A3577" w:rsidRDefault="00000000">
      <w:r>
        <w:t>To ensure absolute compliance with statutory requirements, safeguarding mandates, and best practice standards across all operations at Lilliput Learners Preschool.</w:t>
      </w:r>
    </w:p>
    <w:p w14:paraId="128F5482" w14:textId="77777777" w:rsidR="009A3577" w:rsidRDefault="00000000">
      <w:pPr>
        <w:pStyle w:val="Heading2"/>
      </w:pPr>
      <w:r>
        <w:t>2. Procedures and Implementation</w:t>
      </w:r>
    </w:p>
    <w:p w14:paraId="1FA9CBE1" w14:textId="77777777" w:rsidR="009A3577" w:rsidRDefault="00000000">
      <w:r>
        <w:t>All staff members are thoroughly briefed during induction and ongoing supervision. Records of implementation and adherence are maintained securely on site and reviewed regularly by management.</w:t>
      </w:r>
    </w:p>
    <w:p w14:paraId="4FFF499C" w14:textId="77777777" w:rsidR="009A3577" w:rsidRDefault="00000000">
      <w:pPr>
        <w:pStyle w:val="Heading2"/>
      </w:pPr>
      <w:r>
        <w:t>3. Monitoring and Review</w:t>
      </w:r>
    </w:p>
    <w:p w14:paraId="0FB7BB78" w14:textId="77777777" w:rsidR="009A3577" w:rsidRDefault="00000000">
      <w:r>
        <w:t>This policy is monitored continuously and subject to formal annual review by the Preschool Manager and Proprietor. Next formal review date: 1 September 2027.</w:t>
      </w:r>
    </w:p>
    <w:p w14:paraId="169F9D40" w14:textId="77777777" w:rsidR="009A3577" w:rsidRDefault="00000000">
      <w:r>
        <w:br w:type="page"/>
      </w:r>
    </w:p>
    <w:p w14:paraId="04604BA3" w14:textId="77777777" w:rsidR="009A3577" w:rsidRDefault="00000000">
      <w:pPr>
        <w:pStyle w:val="Heading1"/>
      </w:pPr>
      <w:r>
        <w:t>6. Prevent Duty and Radicalisation Safeguarding Policy</w:t>
      </w:r>
    </w:p>
    <w:p w14:paraId="7D426635" w14:textId="77777777" w:rsidR="009A3577" w:rsidRDefault="00000000">
      <w:r>
        <w:rPr>
          <w:b/>
          <w:color w:val="646464"/>
          <w:sz w:val="20"/>
        </w:rPr>
        <w:t>Effective Date: 1 September 2026 | Review Date: 1 September 2027</w:t>
      </w:r>
    </w:p>
    <w:p w14:paraId="7757EFB8" w14:textId="77777777" w:rsidR="009A3577" w:rsidRDefault="00000000">
      <w:r>
        <w:t>This official policy establishes the operational standards, staff responsibilities, and statutory compliance protocols for Lilliput Learners Preschool under the Prevent Duty and Radicalisation Safeguarding Policy. All personnel, volunteers, and management are required to adhere strictly to these guidelines.</w:t>
      </w:r>
    </w:p>
    <w:p w14:paraId="0394586A" w14:textId="77777777" w:rsidR="009A3577" w:rsidRDefault="00000000">
      <w:pPr>
        <w:pStyle w:val="Heading2"/>
      </w:pPr>
      <w:r>
        <w:t>1. Statement of Intent &amp; Purpose</w:t>
      </w:r>
    </w:p>
    <w:p w14:paraId="6D1083A4" w14:textId="77777777" w:rsidR="009A3577" w:rsidRDefault="00000000">
      <w:r>
        <w:t>To ensure absolute compliance with statutory requirements, safeguarding mandates, and best practice standards across all operations at Lilliput Learners Preschool.</w:t>
      </w:r>
    </w:p>
    <w:p w14:paraId="2D972011" w14:textId="77777777" w:rsidR="009A3577" w:rsidRDefault="00000000">
      <w:pPr>
        <w:pStyle w:val="Heading2"/>
      </w:pPr>
      <w:r>
        <w:t>2. Procedures and Implementation</w:t>
      </w:r>
    </w:p>
    <w:p w14:paraId="19B5FED3" w14:textId="77777777" w:rsidR="009A3577" w:rsidRDefault="00000000">
      <w:r>
        <w:t>All staff members are thoroughly briefed during induction and ongoing supervision. Records of implementation and adherence are maintained securely on site and reviewed regularly by management.</w:t>
      </w:r>
    </w:p>
    <w:p w14:paraId="75FDA58A" w14:textId="77777777" w:rsidR="009A3577" w:rsidRDefault="00000000">
      <w:pPr>
        <w:pStyle w:val="Heading2"/>
      </w:pPr>
      <w:r>
        <w:t>3. Monitoring and Review</w:t>
      </w:r>
    </w:p>
    <w:p w14:paraId="1EC48483" w14:textId="77777777" w:rsidR="009A3577" w:rsidRDefault="00000000">
      <w:r>
        <w:t>This policy is monitored continuously and subject to formal annual review by the Preschool Manager and Proprietor. Next formal review date: 1 September 2027.</w:t>
      </w:r>
    </w:p>
    <w:p w14:paraId="741C6649" w14:textId="77777777" w:rsidR="009A3577" w:rsidRDefault="00000000">
      <w:r>
        <w:br w:type="page"/>
      </w:r>
    </w:p>
    <w:p w14:paraId="008CF06A" w14:textId="77777777" w:rsidR="009A3577" w:rsidRDefault="00000000">
      <w:pPr>
        <w:pStyle w:val="Heading1"/>
      </w:pPr>
      <w:r>
        <w:t>7. FGM and Forced Marriage Safeguarding Policy</w:t>
      </w:r>
    </w:p>
    <w:p w14:paraId="39EFC995" w14:textId="77777777" w:rsidR="009A3577" w:rsidRDefault="00000000">
      <w:r>
        <w:rPr>
          <w:b/>
          <w:color w:val="646464"/>
          <w:sz w:val="20"/>
        </w:rPr>
        <w:t>Effective Date: 1 September 2026 | Review Date: 1 September 2027</w:t>
      </w:r>
    </w:p>
    <w:p w14:paraId="3F152003" w14:textId="77777777" w:rsidR="009A3577" w:rsidRDefault="00000000">
      <w:r>
        <w:t>This official policy establishes the operational standards, staff responsibilities, and statutory compliance protocols for Lilliput Learners Preschool under the FGM and Forced Marriage Safeguarding Policy. All personnel, volunteers, and management are required to adhere strictly to these guidelines.</w:t>
      </w:r>
    </w:p>
    <w:p w14:paraId="2879F1F3" w14:textId="77777777" w:rsidR="009A3577" w:rsidRDefault="00000000">
      <w:pPr>
        <w:pStyle w:val="Heading2"/>
      </w:pPr>
      <w:r>
        <w:t>1. Statement of Intent &amp; Purpose</w:t>
      </w:r>
    </w:p>
    <w:p w14:paraId="6943CF77" w14:textId="77777777" w:rsidR="009A3577" w:rsidRDefault="00000000">
      <w:r>
        <w:t>To ensure absolute compliance with statutory requirements, safeguarding mandates, and best practice standards across all operations at Lilliput Learners Preschool.</w:t>
      </w:r>
    </w:p>
    <w:p w14:paraId="697B006A" w14:textId="77777777" w:rsidR="009A3577" w:rsidRDefault="00000000">
      <w:pPr>
        <w:pStyle w:val="Heading2"/>
      </w:pPr>
      <w:r>
        <w:t>2. Procedures and Implementation</w:t>
      </w:r>
    </w:p>
    <w:p w14:paraId="2ECBC9D6" w14:textId="77777777" w:rsidR="009A3577" w:rsidRDefault="00000000">
      <w:r>
        <w:t>All staff members are thoroughly briefed during induction and ongoing supervision. Records of implementation and adherence are maintained securely on site and reviewed regularly by management.</w:t>
      </w:r>
    </w:p>
    <w:p w14:paraId="5B0ADCB9" w14:textId="77777777" w:rsidR="009A3577" w:rsidRDefault="00000000">
      <w:pPr>
        <w:pStyle w:val="Heading2"/>
      </w:pPr>
      <w:r>
        <w:t>3. Monitoring and Review</w:t>
      </w:r>
    </w:p>
    <w:p w14:paraId="4AC29812" w14:textId="77777777" w:rsidR="009A3577" w:rsidRDefault="00000000">
      <w:r>
        <w:t>This policy is monitored continuously and subject to formal annual review by the Preschool Manager and Proprietor. Next formal review date: 1 September 2027.</w:t>
      </w:r>
    </w:p>
    <w:p w14:paraId="2650D5D7" w14:textId="77777777" w:rsidR="009A3577" w:rsidRDefault="00000000">
      <w:r>
        <w:br w:type="page"/>
      </w:r>
    </w:p>
    <w:p w14:paraId="062850C8" w14:textId="77777777" w:rsidR="009A3577" w:rsidRDefault="00000000">
      <w:pPr>
        <w:pStyle w:val="Heading1"/>
      </w:pPr>
      <w:r>
        <w:t>8. Peer-on-Peer Abuse Policy</w:t>
      </w:r>
    </w:p>
    <w:p w14:paraId="53AFBA8F" w14:textId="77777777" w:rsidR="009A3577" w:rsidRDefault="00000000">
      <w:r>
        <w:rPr>
          <w:b/>
          <w:color w:val="646464"/>
          <w:sz w:val="20"/>
        </w:rPr>
        <w:t>Effective Date: 1 September 2026 | Review Date: 1 September 2027</w:t>
      </w:r>
    </w:p>
    <w:p w14:paraId="1794D8BE" w14:textId="77777777" w:rsidR="009A3577" w:rsidRDefault="00000000">
      <w:r>
        <w:t>This official policy establishes the operational standards, staff responsibilities, and statutory compliance protocols for Lilliput Learners Preschool under the Peer-on-Peer Abuse Policy. All personnel, volunteers, and management are required to adhere strictly to these guidelines.</w:t>
      </w:r>
    </w:p>
    <w:p w14:paraId="444BADDE" w14:textId="77777777" w:rsidR="009A3577" w:rsidRDefault="00000000">
      <w:pPr>
        <w:pStyle w:val="Heading2"/>
      </w:pPr>
      <w:r>
        <w:t>1. Statement of Intent &amp; Purpose</w:t>
      </w:r>
    </w:p>
    <w:p w14:paraId="2659E402" w14:textId="77777777" w:rsidR="009A3577" w:rsidRDefault="00000000">
      <w:r>
        <w:t>To ensure absolute compliance with statutory requirements, safeguarding mandates, and best practice standards across all operations at Lilliput Learners Preschool.</w:t>
      </w:r>
    </w:p>
    <w:p w14:paraId="618CE9B4" w14:textId="77777777" w:rsidR="009A3577" w:rsidRDefault="00000000">
      <w:pPr>
        <w:pStyle w:val="Heading2"/>
      </w:pPr>
      <w:r>
        <w:t>2. Procedures and Implementation</w:t>
      </w:r>
    </w:p>
    <w:p w14:paraId="75EE9B71" w14:textId="77777777" w:rsidR="009A3577" w:rsidRDefault="00000000">
      <w:r>
        <w:t>All staff members are thoroughly briefed during induction and ongoing supervision. Records of implementation and adherence are maintained securely on site and reviewed regularly by management.</w:t>
      </w:r>
    </w:p>
    <w:p w14:paraId="5DCE4452" w14:textId="77777777" w:rsidR="009A3577" w:rsidRDefault="00000000">
      <w:pPr>
        <w:pStyle w:val="Heading2"/>
      </w:pPr>
      <w:r>
        <w:t>3. Monitoring and Review</w:t>
      </w:r>
    </w:p>
    <w:p w14:paraId="4D1FEACF" w14:textId="77777777" w:rsidR="009A3577" w:rsidRDefault="00000000">
      <w:r>
        <w:t>This policy is monitored continuously and subject to formal annual review by the Preschool Manager and Proprietor. Next formal review date: 1 September 2027.</w:t>
      </w:r>
    </w:p>
    <w:p w14:paraId="5C7FEC0D" w14:textId="77777777" w:rsidR="009A3577" w:rsidRDefault="00000000">
      <w:r>
        <w:br w:type="page"/>
      </w:r>
    </w:p>
    <w:p w14:paraId="328F9B4B" w14:textId="77777777" w:rsidR="009A3577" w:rsidRDefault="00000000">
      <w:pPr>
        <w:pStyle w:val="Heading1"/>
      </w:pPr>
      <w:r>
        <w:t>9. Use of Mobile Phones, Cameras and Devices Policy</w:t>
      </w:r>
    </w:p>
    <w:p w14:paraId="4A456DA7" w14:textId="77777777" w:rsidR="009A3577" w:rsidRDefault="00000000">
      <w:r>
        <w:rPr>
          <w:b/>
          <w:color w:val="646464"/>
          <w:sz w:val="20"/>
        </w:rPr>
        <w:t>Effective Date: 1 September 2026 | Review Date: 1 September 2027</w:t>
      </w:r>
    </w:p>
    <w:p w14:paraId="648C7E9A" w14:textId="77777777" w:rsidR="009A3577" w:rsidRDefault="00000000">
      <w:r>
        <w:t>This official policy establishes the operational standards, staff responsibilities, and statutory compliance protocols for Lilliput Learners Preschool under the Use of Mobile Phones, Cameras and Devices Policy. All personnel, volunteers, and management are required to adhere strictly to these guidelines.</w:t>
      </w:r>
    </w:p>
    <w:p w14:paraId="7CE1B91A" w14:textId="77777777" w:rsidR="009A3577" w:rsidRDefault="00000000">
      <w:pPr>
        <w:pStyle w:val="Heading2"/>
      </w:pPr>
      <w:r>
        <w:t>1. Statement of Intent &amp; Purpose</w:t>
      </w:r>
    </w:p>
    <w:p w14:paraId="7A870E82" w14:textId="77777777" w:rsidR="009A3577" w:rsidRDefault="00000000">
      <w:r>
        <w:t>To ensure absolute compliance with statutory requirements, safeguarding mandates, and best practice standards across all operations at Lilliput Learners Preschool.</w:t>
      </w:r>
    </w:p>
    <w:p w14:paraId="2A447901" w14:textId="77777777" w:rsidR="009A3577" w:rsidRDefault="00000000">
      <w:pPr>
        <w:pStyle w:val="Heading2"/>
      </w:pPr>
      <w:r>
        <w:t>2. Procedures and Implementation</w:t>
      </w:r>
    </w:p>
    <w:p w14:paraId="1FE2E4DF" w14:textId="77777777" w:rsidR="009A3577" w:rsidRDefault="00000000">
      <w:r>
        <w:t>All staff members are thoroughly briefed during induction and ongoing supervision. Records of implementation and adherence are maintained securely on site and reviewed regularly by management.</w:t>
      </w:r>
    </w:p>
    <w:p w14:paraId="5E72F9C1" w14:textId="77777777" w:rsidR="009A3577" w:rsidRDefault="00000000">
      <w:pPr>
        <w:pStyle w:val="Heading2"/>
      </w:pPr>
      <w:r>
        <w:t>3. Monitoring and Review</w:t>
      </w:r>
    </w:p>
    <w:p w14:paraId="7BE44A89" w14:textId="77777777" w:rsidR="009A3577" w:rsidRDefault="00000000">
      <w:r>
        <w:t>This policy is monitored continuously and subject to formal annual review by the Preschool Manager and Proprietor. Next formal review date: 1 September 2027.</w:t>
      </w:r>
    </w:p>
    <w:p w14:paraId="000C596B" w14:textId="77777777" w:rsidR="009A3577" w:rsidRDefault="00000000">
      <w:r>
        <w:br w:type="page"/>
      </w:r>
    </w:p>
    <w:p w14:paraId="74CF03B5" w14:textId="77777777" w:rsidR="009A3577" w:rsidRDefault="00000000">
      <w:pPr>
        <w:pStyle w:val="Heading1"/>
      </w:pPr>
      <w:r>
        <w:t>10. Social Media and Staff Conduct Policy</w:t>
      </w:r>
    </w:p>
    <w:p w14:paraId="44CE2C8B" w14:textId="77777777" w:rsidR="009A3577" w:rsidRDefault="00000000">
      <w:r>
        <w:rPr>
          <w:b/>
          <w:color w:val="646464"/>
          <w:sz w:val="20"/>
        </w:rPr>
        <w:t>Effective Date: 1 September 2026 | Review Date: 1 September 2027</w:t>
      </w:r>
    </w:p>
    <w:p w14:paraId="348FA64A" w14:textId="77777777" w:rsidR="009A3577" w:rsidRDefault="00000000">
      <w:r>
        <w:t>This official policy establishes the operational standards, staff responsibilities, and statutory compliance protocols for Lilliput Learners Preschool under the Social Media and Staff Conduct Policy. All personnel, volunteers, and management are required to adhere strictly to these guidelines.</w:t>
      </w:r>
    </w:p>
    <w:p w14:paraId="05EB3DE7" w14:textId="77777777" w:rsidR="009A3577" w:rsidRDefault="00000000">
      <w:pPr>
        <w:pStyle w:val="Heading2"/>
      </w:pPr>
      <w:r>
        <w:t>1. Statement of Intent &amp; Purpose</w:t>
      </w:r>
    </w:p>
    <w:p w14:paraId="2CB2724E" w14:textId="77777777" w:rsidR="009A3577" w:rsidRDefault="00000000">
      <w:r>
        <w:t>To ensure absolute compliance with statutory requirements, safeguarding mandates, and best practice standards across all operations at Lilliput Learners Preschool.</w:t>
      </w:r>
    </w:p>
    <w:p w14:paraId="54D7D454" w14:textId="77777777" w:rsidR="009A3577" w:rsidRDefault="00000000">
      <w:pPr>
        <w:pStyle w:val="Heading2"/>
      </w:pPr>
      <w:r>
        <w:t>2. Procedures and Implementation</w:t>
      </w:r>
    </w:p>
    <w:p w14:paraId="76F98AFB" w14:textId="77777777" w:rsidR="009A3577" w:rsidRDefault="00000000">
      <w:r>
        <w:t>All staff members are thoroughly briefed during induction and ongoing supervision. Records of implementation and adherence are maintained securely on site and reviewed regularly by management.</w:t>
      </w:r>
    </w:p>
    <w:p w14:paraId="5E55B1AC" w14:textId="77777777" w:rsidR="009A3577" w:rsidRDefault="00000000">
      <w:pPr>
        <w:pStyle w:val="Heading2"/>
      </w:pPr>
      <w:r>
        <w:t>3. Monitoring and Review</w:t>
      </w:r>
    </w:p>
    <w:p w14:paraId="188E024E" w14:textId="77777777" w:rsidR="009A3577" w:rsidRDefault="00000000">
      <w:r>
        <w:t>This policy is monitored continuously and subject to formal annual review by the Preschool Manager and Proprietor. Next formal review date: 1 September 2027.</w:t>
      </w:r>
    </w:p>
    <w:p w14:paraId="1AFB369E" w14:textId="77777777" w:rsidR="009A3577" w:rsidRDefault="00000000">
      <w:r>
        <w:br w:type="page"/>
      </w:r>
    </w:p>
    <w:p w14:paraId="326AFB6E" w14:textId="77777777" w:rsidR="009A3577" w:rsidRDefault="00000000">
      <w:pPr>
        <w:pStyle w:val="Heading1"/>
      </w:pPr>
      <w:r>
        <w:t>11. Physical Intervention and Restraint Policy</w:t>
      </w:r>
    </w:p>
    <w:p w14:paraId="4D3C6EFF" w14:textId="77777777" w:rsidR="009A3577" w:rsidRDefault="00000000">
      <w:r>
        <w:rPr>
          <w:b/>
          <w:color w:val="646464"/>
          <w:sz w:val="20"/>
        </w:rPr>
        <w:t>Effective Date: 1 September 2026 | Review Date: 1 September 2027</w:t>
      </w:r>
    </w:p>
    <w:p w14:paraId="227B03C8" w14:textId="77777777" w:rsidR="009A3577" w:rsidRDefault="00000000">
      <w:r>
        <w:t>This official policy establishes the operational standards, staff responsibilities, and statutory compliance protocols for Lilliput Learners Preschool under the Physical Intervention and Restraint Policy. All personnel, volunteers, and management are required to adhere strictly to these guidelines.</w:t>
      </w:r>
    </w:p>
    <w:p w14:paraId="644CCCA5" w14:textId="77777777" w:rsidR="009A3577" w:rsidRDefault="00000000">
      <w:pPr>
        <w:pStyle w:val="Heading2"/>
      </w:pPr>
      <w:r>
        <w:t>1. Statement of Intent &amp; Purpose</w:t>
      </w:r>
    </w:p>
    <w:p w14:paraId="7153D099" w14:textId="77777777" w:rsidR="009A3577" w:rsidRDefault="00000000">
      <w:r>
        <w:t>To ensure absolute compliance with statutory requirements, safeguarding mandates, and best practice standards across all operations at Lilliput Learners Preschool.</w:t>
      </w:r>
    </w:p>
    <w:p w14:paraId="377664AF" w14:textId="77777777" w:rsidR="009A3577" w:rsidRDefault="00000000">
      <w:pPr>
        <w:pStyle w:val="Heading2"/>
      </w:pPr>
      <w:r>
        <w:t>2. Procedures and Implementation</w:t>
      </w:r>
    </w:p>
    <w:p w14:paraId="54016504" w14:textId="77777777" w:rsidR="009A3577" w:rsidRDefault="00000000">
      <w:r>
        <w:t>All staff members are thoroughly briefed during induction and ongoing supervision. Records of implementation and adherence are maintained securely on site and reviewed regularly by management.</w:t>
      </w:r>
    </w:p>
    <w:p w14:paraId="548D2351" w14:textId="77777777" w:rsidR="009A3577" w:rsidRDefault="00000000">
      <w:pPr>
        <w:pStyle w:val="Heading2"/>
      </w:pPr>
      <w:r>
        <w:t>3. Monitoring and Review</w:t>
      </w:r>
    </w:p>
    <w:p w14:paraId="4590C499" w14:textId="77777777" w:rsidR="009A3577" w:rsidRDefault="00000000">
      <w:r>
        <w:t>This policy is monitored continuously and subject to formal annual review by the Preschool Manager and Proprietor. Next formal review date: 1 September 2027.</w:t>
      </w:r>
    </w:p>
    <w:p w14:paraId="5DD30A2E" w14:textId="77777777" w:rsidR="009A3577" w:rsidRDefault="00000000">
      <w:r>
        <w:br w:type="page"/>
      </w:r>
    </w:p>
    <w:p w14:paraId="043A766F" w14:textId="77777777" w:rsidR="009A3577" w:rsidRDefault="00000000">
      <w:pPr>
        <w:pStyle w:val="Heading1"/>
      </w:pPr>
      <w:r>
        <w:t>12. Intimate Care and Nappy Changing Policy</w:t>
      </w:r>
    </w:p>
    <w:p w14:paraId="51DE2D21" w14:textId="77777777" w:rsidR="009A3577" w:rsidRDefault="00000000">
      <w:r>
        <w:rPr>
          <w:b/>
          <w:color w:val="646464"/>
          <w:sz w:val="20"/>
        </w:rPr>
        <w:t>Effective Date: 1 September 2026 | Review Date: 1 September 2027</w:t>
      </w:r>
    </w:p>
    <w:p w14:paraId="53763CA7" w14:textId="77777777" w:rsidR="009A3577" w:rsidRDefault="00000000">
      <w:r>
        <w:t>This official policy establishes the operational standards, staff responsibilities, and statutory compliance protocols for Lilliput Learners Preschool under the Intimate Care and Nappy Changing Policy. All personnel, volunteers, and management are required to adhere strictly to these guidelines.</w:t>
      </w:r>
    </w:p>
    <w:p w14:paraId="7A01C18F" w14:textId="77777777" w:rsidR="009A3577" w:rsidRDefault="00000000">
      <w:pPr>
        <w:pStyle w:val="Heading2"/>
      </w:pPr>
      <w:r>
        <w:t>1. Statement of Intent &amp; Purpose</w:t>
      </w:r>
    </w:p>
    <w:p w14:paraId="306B848F" w14:textId="77777777" w:rsidR="009A3577" w:rsidRDefault="00000000">
      <w:r>
        <w:t>To ensure absolute compliance with statutory requirements, safeguarding mandates, and best practice standards across all operations at Lilliput Learners Preschool.</w:t>
      </w:r>
    </w:p>
    <w:p w14:paraId="27C9344C" w14:textId="77777777" w:rsidR="009A3577" w:rsidRDefault="00000000">
      <w:pPr>
        <w:pStyle w:val="Heading2"/>
      </w:pPr>
      <w:r>
        <w:t>2. Procedures and Implementation</w:t>
      </w:r>
    </w:p>
    <w:p w14:paraId="6CE812FC" w14:textId="77777777" w:rsidR="009A3577" w:rsidRDefault="00000000">
      <w:r>
        <w:t>All staff members are thoroughly briefed during induction and ongoing supervision. Records of implementation and adherence are maintained securely on site and reviewed regularly by management.</w:t>
      </w:r>
    </w:p>
    <w:p w14:paraId="1E2D4369" w14:textId="77777777" w:rsidR="009A3577" w:rsidRDefault="00000000">
      <w:pPr>
        <w:pStyle w:val="Heading2"/>
      </w:pPr>
      <w:r>
        <w:t>3. Monitoring and Review</w:t>
      </w:r>
    </w:p>
    <w:p w14:paraId="497FE258" w14:textId="77777777" w:rsidR="009A3577" w:rsidRDefault="00000000">
      <w:r>
        <w:t>This policy is monitored continuously and subject to formal annual review by the Preschool Manager and Proprietor. Next formal review date: 1 September 2027.</w:t>
      </w:r>
    </w:p>
    <w:p w14:paraId="4A1B2395" w14:textId="77777777" w:rsidR="009A3577" w:rsidRDefault="00000000">
      <w:r>
        <w:br w:type="page"/>
      </w:r>
    </w:p>
    <w:p w14:paraId="0E30EE43" w14:textId="77777777" w:rsidR="009A3577" w:rsidRDefault="00000000">
      <w:pPr>
        <w:pStyle w:val="Heading1"/>
      </w:pPr>
      <w:r>
        <w:t>13. Health and Safety General Policy</w:t>
      </w:r>
    </w:p>
    <w:p w14:paraId="06313FBC" w14:textId="77777777" w:rsidR="009A3577" w:rsidRDefault="00000000">
      <w:r>
        <w:rPr>
          <w:b/>
          <w:color w:val="646464"/>
          <w:sz w:val="20"/>
        </w:rPr>
        <w:t>Effective Date: 1 September 2026 | Review Date: 1 September 2027</w:t>
      </w:r>
    </w:p>
    <w:p w14:paraId="2A66B609" w14:textId="77777777" w:rsidR="009A3577" w:rsidRDefault="00000000">
      <w:r>
        <w:t>This official policy establishes the operational standards, staff responsibilities, and statutory compliance protocols for Lilliput Learners Preschool under the Health and Safety General Policy. All personnel, volunteers, and management are required to adhere strictly to these guidelines.</w:t>
      </w:r>
    </w:p>
    <w:p w14:paraId="41624D96" w14:textId="77777777" w:rsidR="009A3577" w:rsidRDefault="00000000">
      <w:pPr>
        <w:pStyle w:val="Heading2"/>
      </w:pPr>
      <w:r>
        <w:t>1. Statement of Intent &amp; Purpose</w:t>
      </w:r>
    </w:p>
    <w:p w14:paraId="734756EB" w14:textId="77777777" w:rsidR="009A3577" w:rsidRDefault="00000000">
      <w:r>
        <w:t>To ensure absolute compliance with statutory requirements, safeguarding mandates, and best practice standards across all operations at Lilliput Learners Preschool.</w:t>
      </w:r>
    </w:p>
    <w:p w14:paraId="12DE7700" w14:textId="77777777" w:rsidR="009A3577" w:rsidRDefault="00000000">
      <w:pPr>
        <w:pStyle w:val="Heading2"/>
      </w:pPr>
      <w:r>
        <w:t>2. Procedures and Implementation</w:t>
      </w:r>
    </w:p>
    <w:p w14:paraId="7B87F79D" w14:textId="77777777" w:rsidR="009A3577" w:rsidRDefault="00000000">
      <w:r>
        <w:t>All staff members are thoroughly briefed during induction and ongoing supervision. Records of implementation and adherence are maintained securely on site and reviewed regularly by management.</w:t>
      </w:r>
    </w:p>
    <w:p w14:paraId="2A334037" w14:textId="77777777" w:rsidR="009A3577" w:rsidRDefault="00000000">
      <w:pPr>
        <w:pStyle w:val="Heading2"/>
      </w:pPr>
      <w:r>
        <w:t>3. Monitoring and Review</w:t>
      </w:r>
    </w:p>
    <w:p w14:paraId="0B335354" w14:textId="77777777" w:rsidR="009A3577" w:rsidRDefault="00000000">
      <w:r>
        <w:t>This policy is monitored continuously and subject to formal annual review by the Preschool Manager and Proprietor. Next formal review date: 1 September 2027.</w:t>
      </w:r>
    </w:p>
    <w:p w14:paraId="4B106CB8" w14:textId="77777777" w:rsidR="009A3577" w:rsidRDefault="00000000">
      <w:r>
        <w:br w:type="page"/>
      </w:r>
    </w:p>
    <w:p w14:paraId="5027B951" w14:textId="77777777" w:rsidR="009A3577" w:rsidRDefault="00000000">
      <w:pPr>
        <w:pStyle w:val="Heading1"/>
      </w:pPr>
      <w:r>
        <w:t>14. First Aid and Medication Administration Policy</w:t>
      </w:r>
    </w:p>
    <w:p w14:paraId="1EFD368A" w14:textId="77777777" w:rsidR="009A3577" w:rsidRDefault="00000000">
      <w:r>
        <w:rPr>
          <w:b/>
          <w:color w:val="646464"/>
          <w:sz w:val="20"/>
        </w:rPr>
        <w:t>Effective Date: 1 September 2026 | Review Date: 1 September 2027</w:t>
      </w:r>
    </w:p>
    <w:p w14:paraId="73220500" w14:textId="77777777" w:rsidR="009A3577" w:rsidRDefault="00000000">
      <w:r>
        <w:t>This official policy establishes the operational standards, staff responsibilities, and statutory compliance protocols for Lilliput Learners Preschool under the First Aid and Medication Administration Policy. All personnel, volunteers, and management are required to adhere strictly to these guidelines.</w:t>
      </w:r>
    </w:p>
    <w:p w14:paraId="7B26CC07" w14:textId="77777777" w:rsidR="009A3577" w:rsidRDefault="00000000">
      <w:pPr>
        <w:pStyle w:val="Heading2"/>
      </w:pPr>
      <w:r>
        <w:t>1. Statement of Intent &amp; Purpose</w:t>
      </w:r>
    </w:p>
    <w:p w14:paraId="1A6E327D" w14:textId="77777777" w:rsidR="009A3577" w:rsidRDefault="00000000">
      <w:r>
        <w:t>To ensure absolute compliance with statutory requirements, safeguarding mandates, and best practice standards across all operations at Lilliput Learners Preschool.</w:t>
      </w:r>
    </w:p>
    <w:p w14:paraId="1093A853" w14:textId="77777777" w:rsidR="009A3577" w:rsidRDefault="00000000">
      <w:pPr>
        <w:pStyle w:val="Heading2"/>
      </w:pPr>
      <w:r>
        <w:t>2. Procedures and Implementation</w:t>
      </w:r>
    </w:p>
    <w:p w14:paraId="0BAD3380" w14:textId="77777777" w:rsidR="009A3577" w:rsidRDefault="00000000">
      <w:r>
        <w:t>All staff members are thoroughly briefed during induction and ongoing supervision. Records of implementation and adherence are maintained securely on site and reviewed regularly by management.</w:t>
      </w:r>
    </w:p>
    <w:p w14:paraId="0E9D6396" w14:textId="77777777" w:rsidR="009A3577" w:rsidRDefault="00000000">
      <w:pPr>
        <w:pStyle w:val="Heading2"/>
      </w:pPr>
      <w:r>
        <w:t>3. Monitoring and Review</w:t>
      </w:r>
    </w:p>
    <w:p w14:paraId="470219CE" w14:textId="77777777" w:rsidR="009A3577" w:rsidRDefault="00000000">
      <w:r>
        <w:t>This policy is monitored continuously and subject to formal annual review by the Preschool Manager and Proprietor. Next formal review date: 1 September 2027.</w:t>
      </w:r>
    </w:p>
    <w:p w14:paraId="36A4C309" w14:textId="77777777" w:rsidR="009A3577" w:rsidRDefault="00000000">
      <w:r>
        <w:br w:type="page"/>
      </w:r>
    </w:p>
    <w:p w14:paraId="69DB09E2" w14:textId="77777777" w:rsidR="009A3577" w:rsidRDefault="00000000">
      <w:pPr>
        <w:pStyle w:val="Heading1"/>
      </w:pPr>
      <w:r>
        <w:t>15. Accident, Injury and Incident Reporting Policy</w:t>
      </w:r>
    </w:p>
    <w:p w14:paraId="1317063C" w14:textId="77777777" w:rsidR="009A3577" w:rsidRDefault="00000000">
      <w:r>
        <w:rPr>
          <w:b/>
          <w:color w:val="646464"/>
          <w:sz w:val="20"/>
        </w:rPr>
        <w:t>Effective Date: 1 September 2026 | Review Date: 1 September 2027</w:t>
      </w:r>
    </w:p>
    <w:p w14:paraId="7556EB2F" w14:textId="77777777" w:rsidR="009A3577" w:rsidRDefault="00000000">
      <w:r>
        <w:t>This official policy establishes the operational standards, staff responsibilities, and statutory compliance protocols for Lilliput Learners Preschool under the Accident, Injury and Incident Reporting Policy. All personnel, volunteers, and management are required to adhere strictly to these guidelines.</w:t>
      </w:r>
    </w:p>
    <w:p w14:paraId="22895D8A" w14:textId="77777777" w:rsidR="009A3577" w:rsidRDefault="00000000">
      <w:pPr>
        <w:pStyle w:val="Heading2"/>
      </w:pPr>
      <w:r>
        <w:t>1. Statement of Intent &amp; Purpose</w:t>
      </w:r>
    </w:p>
    <w:p w14:paraId="0AD64D87" w14:textId="77777777" w:rsidR="009A3577" w:rsidRDefault="00000000">
      <w:r>
        <w:t>To ensure absolute compliance with statutory requirements, safeguarding mandates, and best practice standards across all operations at Lilliput Learners Preschool.</w:t>
      </w:r>
    </w:p>
    <w:p w14:paraId="5A68F814" w14:textId="77777777" w:rsidR="009A3577" w:rsidRDefault="00000000">
      <w:pPr>
        <w:pStyle w:val="Heading2"/>
      </w:pPr>
      <w:r>
        <w:t>2. Procedures and Implementation</w:t>
      </w:r>
    </w:p>
    <w:p w14:paraId="0801EE69" w14:textId="77777777" w:rsidR="009A3577" w:rsidRDefault="00000000">
      <w:r>
        <w:t>All staff members are thoroughly briefed during induction and ongoing supervision. Records of implementation and adherence are maintained securely on site and reviewed regularly by management.</w:t>
      </w:r>
    </w:p>
    <w:p w14:paraId="4D23EF23" w14:textId="77777777" w:rsidR="009A3577" w:rsidRDefault="00000000">
      <w:pPr>
        <w:pStyle w:val="Heading2"/>
      </w:pPr>
      <w:r>
        <w:t>3. Monitoring and Review</w:t>
      </w:r>
    </w:p>
    <w:p w14:paraId="7699E602" w14:textId="77777777" w:rsidR="009A3577" w:rsidRDefault="00000000">
      <w:r>
        <w:t>This policy is monitored continuously and subject to formal annual review by the Preschool Manager and Proprietor. Next formal review date: 1 September 2027.</w:t>
      </w:r>
    </w:p>
    <w:p w14:paraId="0919C1D5" w14:textId="77777777" w:rsidR="009A3577" w:rsidRDefault="00000000">
      <w:r>
        <w:br w:type="page"/>
      </w:r>
    </w:p>
    <w:p w14:paraId="3C2DB975" w14:textId="77777777" w:rsidR="009A3577" w:rsidRDefault="00000000">
      <w:pPr>
        <w:pStyle w:val="Heading1"/>
      </w:pPr>
      <w:r>
        <w:t>16. Fire Safety and Emergency Evacuation Policy</w:t>
      </w:r>
    </w:p>
    <w:p w14:paraId="4130965E" w14:textId="77777777" w:rsidR="009A3577" w:rsidRDefault="00000000">
      <w:r>
        <w:rPr>
          <w:b/>
          <w:color w:val="646464"/>
          <w:sz w:val="20"/>
        </w:rPr>
        <w:t>Effective Date: 1 September 2026 | Review Date: 1 September 2027</w:t>
      </w:r>
    </w:p>
    <w:p w14:paraId="00057E53" w14:textId="77777777" w:rsidR="009A3577" w:rsidRDefault="00000000">
      <w:r>
        <w:t>This official policy establishes the operational standards, staff responsibilities, and statutory compliance protocols for Lilliput Learners Preschool under the Fire Safety and Emergency Evacuation Policy. All personnel, volunteers, and management are required to adhere strictly to these guidelines.</w:t>
      </w:r>
    </w:p>
    <w:p w14:paraId="6DCBF863" w14:textId="77777777" w:rsidR="009A3577" w:rsidRDefault="00000000">
      <w:pPr>
        <w:pStyle w:val="Heading2"/>
      </w:pPr>
      <w:r>
        <w:t>1. Statement of Intent &amp; Purpose</w:t>
      </w:r>
    </w:p>
    <w:p w14:paraId="4504DDAF" w14:textId="77777777" w:rsidR="009A3577" w:rsidRDefault="00000000">
      <w:r>
        <w:t>To ensure absolute compliance with statutory requirements, safeguarding mandates, and best practice standards across all operations at Lilliput Learners Preschool.</w:t>
      </w:r>
    </w:p>
    <w:p w14:paraId="66B9639B" w14:textId="77777777" w:rsidR="009A3577" w:rsidRDefault="00000000">
      <w:pPr>
        <w:pStyle w:val="Heading2"/>
      </w:pPr>
      <w:r>
        <w:t>2. Procedures and Implementation</w:t>
      </w:r>
    </w:p>
    <w:p w14:paraId="712F13C3" w14:textId="77777777" w:rsidR="009A3577" w:rsidRDefault="00000000">
      <w:r>
        <w:t>All staff members are thoroughly briefed during induction and ongoing supervision. Records of implementation and adherence are maintained securely on site and reviewed regularly by management.</w:t>
      </w:r>
    </w:p>
    <w:p w14:paraId="3616139B" w14:textId="77777777" w:rsidR="009A3577" w:rsidRDefault="00000000">
      <w:pPr>
        <w:pStyle w:val="Heading2"/>
      </w:pPr>
      <w:r>
        <w:t>3. Monitoring and Review</w:t>
      </w:r>
    </w:p>
    <w:p w14:paraId="07FAED37" w14:textId="77777777" w:rsidR="009A3577" w:rsidRDefault="00000000">
      <w:r>
        <w:t>This policy is monitored continuously and subject to formal annual review by the Preschool Manager and Proprietor. Next formal review date: 1 September 2027.</w:t>
      </w:r>
    </w:p>
    <w:p w14:paraId="406B0A88" w14:textId="77777777" w:rsidR="009A3577" w:rsidRDefault="00000000">
      <w:r>
        <w:br w:type="page"/>
      </w:r>
    </w:p>
    <w:p w14:paraId="657FDC0B" w14:textId="77777777" w:rsidR="009A3577" w:rsidRDefault="00000000">
      <w:pPr>
        <w:pStyle w:val="Heading1"/>
      </w:pPr>
      <w:r>
        <w:t>17. Risk Assessment Policy</w:t>
      </w:r>
    </w:p>
    <w:p w14:paraId="75298DA0" w14:textId="77777777" w:rsidR="009A3577" w:rsidRDefault="00000000">
      <w:r>
        <w:rPr>
          <w:b/>
          <w:color w:val="646464"/>
          <w:sz w:val="20"/>
        </w:rPr>
        <w:t>Effective Date: 1 September 2026 | Review Date: 1 September 2027</w:t>
      </w:r>
    </w:p>
    <w:p w14:paraId="562B2816" w14:textId="77777777" w:rsidR="009A3577" w:rsidRDefault="00000000">
      <w:r>
        <w:t>This official policy establishes the operational standards, staff responsibilities, and statutory compliance protocols for Lilliput Learners Preschool under the Risk Assessment Policy. All personnel, volunteers, and management are required to adhere strictly to these guidelines.</w:t>
      </w:r>
    </w:p>
    <w:p w14:paraId="50ADC2A9" w14:textId="77777777" w:rsidR="009A3577" w:rsidRDefault="00000000">
      <w:pPr>
        <w:pStyle w:val="Heading2"/>
      </w:pPr>
      <w:r>
        <w:t>1. Statement of Intent &amp; Purpose</w:t>
      </w:r>
    </w:p>
    <w:p w14:paraId="3511B219" w14:textId="77777777" w:rsidR="009A3577" w:rsidRDefault="00000000">
      <w:r>
        <w:t>To ensure absolute compliance with statutory requirements, safeguarding mandates, and best practice standards across all operations at Lilliput Learners Preschool.</w:t>
      </w:r>
    </w:p>
    <w:p w14:paraId="02EA47B8" w14:textId="77777777" w:rsidR="009A3577" w:rsidRDefault="00000000">
      <w:pPr>
        <w:pStyle w:val="Heading2"/>
      </w:pPr>
      <w:r>
        <w:t>2. Procedures and Implementation</w:t>
      </w:r>
    </w:p>
    <w:p w14:paraId="70CE2120" w14:textId="77777777" w:rsidR="009A3577" w:rsidRDefault="00000000">
      <w:r>
        <w:t>All staff members are thoroughly briefed during induction and ongoing supervision. Records of implementation and adherence are maintained securely on site and reviewed regularly by management.</w:t>
      </w:r>
    </w:p>
    <w:p w14:paraId="2ED9CD2D" w14:textId="77777777" w:rsidR="009A3577" w:rsidRDefault="00000000">
      <w:pPr>
        <w:pStyle w:val="Heading2"/>
      </w:pPr>
      <w:r>
        <w:t>3. Monitoring and Review</w:t>
      </w:r>
    </w:p>
    <w:p w14:paraId="74A10E30" w14:textId="77777777" w:rsidR="009A3577" w:rsidRDefault="00000000">
      <w:r>
        <w:t>This policy is monitored continuously and subject to formal annual review by the Preschool Manager and Proprietor. Next formal review date: 1 September 2027.</w:t>
      </w:r>
    </w:p>
    <w:p w14:paraId="61AA3548" w14:textId="77777777" w:rsidR="009A3577" w:rsidRDefault="00000000">
      <w:r>
        <w:br w:type="page"/>
      </w:r>
    </w:p>
    <w:p w14:paraId="59CAEFEF" w14:textId="77777777" w:rsidR="009A3577" w:rsidRDefault="00000000">
      <w:pPr>
        <w:pStyle w:val="Heading1"/>
      </w:pPr>
      <w:r>
        <w:t>18. Infectious and Communicable Diseases Policy</w:t>
      </w:r>
    </w:p>
    <w:p w14:paraId="5963896D" w14:textId="77777777" w:rsidR="009A3577" w:rsidRDefault="00000000">
      <w:r>
        <w:rPr>
          <w:b/>
          <w:color w:val="646464"/>
          <w:sz w:val="20"/>
        </w:rPr>
        <w:t>Effective Date: 1 September 2026 | Review Date: 1 September 2027</w:t>
      </w:r>
    </w:p>
    <w:p w14:paraId="5A9C0020" w14:textId="77777777" w:rsidR="009A3577" w:rsidRDefault="00000000">
      <w:r>
        <w:t>This official policy establishes the operational standards, staff responsibilities, and statutory compliance protocols for Lilliput Learners Preschool under the Infectious and Communicable Diseases Policy. All personnel, volunteers, and management are required to adhere strictly to these guidelines.</w:t>
      </w:r>
    </w:p>
    <w:p w14:paraId="2DBDAA30" w14:textId="77777777" w:rsidR="009A3577" w:rsidRDefault="00000000">
      <w:pPr>
        <w:pStyle w:val="Heading2"/>
      </w:pPr>
      <w:r>
        <w:t>1. Statement of Intent &amp; Purpose</w:t>
      </w:r>
    </w:p>
    <w:p w14:paraId="6036AFC1" w14:textId="77777777" w:rsidR="009A3577" w:rsidRDefault="00000000">
      <w:r>
        <w:t>To ensure absolute compliance with statutory requirements, safeguarding mandates, and best practice standards across all operations at Lilliput Learners Preschool.</w:t>
      </w:r>
    </w:p>
    <w:p w14:paraId="2D01616C" w14:textId="77777777" w:rsidR="009A3577" w:rsidRDefault="00000000">
      <w:pPr>
        <w:pStyle w:val="Heading2"/>
      </w:pPr>
      <w:r>
        <w:t>2. Procedures and Implementation</w:t>
      </w:r>
    </w:p>
    <w:p w14:paraId="29032BB3" w14:textId="77777777" w:rsidR="009A3577" w:rsidRDefault="00000000">
      <w:r>
        <w:t>All staff members are thoroughly briefed during induction and ongoing supervision. Records of implementation and adherence are maintained securely on site and reviewed regularly by management.</w:t>
      </w:r>
    </w:p>
    <w:p w14:paraId="79B04618" w14:textId="77777777" w:rsidR="009A3577" w:rsidRDefault="00000000">
      <w:pPr>
        <w:pStyle w:val="Heading2"/>
      </w:pPr>
      <w:r>
        <w:t>3. Monitoring and Review</w:t>
      </w:r>
    </w:p>
    <w:p w14:paraId="7A7DFF46" w14:textId="77777777" w:rsidR="009A3577" w:rsidRDefault="00000000">
      <w:r>
        <w:t>This policy is monitored continuously and subject to formal annual review by the Preschool Manager and Proprietor. Next formal review date: 1 September 2027.</w:t>
      </w:r>
    </w:p>
    <w:p w14:paraId="4EB72AAC" w14:textId="77777777" w:rsidR="009A3577" w:rsidRDefault="00000000">
      <w:r>
        <w:br w:type="page"/>
      </w:r>
    </w:p>
    <w:p w14:paraId="63ECE744" w14:textId="77777777" w:rsidR="009A3577" w:rsidRDefault="00000000">
      <w:pPr>
        <w:pStyle w:val="Heading1"/>
      </w:pPr>
      <w:r>
        <w:t>19. Sick Child and Exclusion Policy</w:t>
      </w:r>
    </w:p>
    <w:p w14:paraId="1271134B" w14:textId="77777777" w:rsidR="009A3577" w:rsidRDefault="00000000">
      <w:r>
        <w:rPr>
          <w:b/>
          <w:color w:val="646464"/>
          <w:sz w:val="20"/>
        </w:rPr>
        <w:t>Effective Date: 1 September 2026 | Review Date: 1 September 2027</w:t>
      </w:r>
    </w:p>
    <w:p w14:paraId="16FDD3D4" w14:textId="77777777" w:rsidR="009A3577" w:rsidRDefault="00000000">
      <w:r>
        <w:t>This official policy establishes the operational standards, staff responsibilities, and statutory compliance protocols for Lilliput Learners Preschool under the Sick Child and Exclusion Policy. All personnel, volunteers, and management are required to adhere strictly to these guidelines.</w:t>
      </w:r>
    </w:p>
    <w:p w14:paraId="22B42C9B" w14:textId="77777777" w:rsidR="009A3577" w:rsidRDefault="00000000">
      <w:pPr>
        <w:pStyle w:val="Heading2"/>
      </w:pPr>
      <w:r>
        <w:t>1. Statement of Intent &amp; Purpose</w:t>
      </w:r>
    </w:p>
    <w:p w14:paraId="751FFFCF" w14:textId="77777777" w:rsidR="009A3577" w:rsidRDefault="00000000">
      <w:r>
        <w:t>To ensure absolute compliance with statutory requirements, safeguarding mandates, and best practice standards across all operations at Lilliput Learners Preschool.</w:t>
      </w:r>
    </w:p>
    <w:p w14:paraId="67A5AFAB" w14:textId="77777777" w:rsidR="009A3577" w:rsidRDefault="00000000">
      <w:pPr>
        <w:pStyle w:val="Heading2"/>
      </w:pPr>
      <w:r>
        <w:t>2. Procedures and Implementation</w:t>
      </w:r>
    </w:p>
    <w:p w14:paraId="5A511C8B" w14:textId="77777777" w:rsidR="009A3577" w:rsidRDefault="00000000">
      <w:r>
        <w:t>All staff members are thoroughly briefed during induction and ongoing supervision. Records of implementation and adherence are maintained securely on site and reviewed regularly by management.</w:t>
      </w:r>
    </w:p>
    <w:p w14:paraId="74C0F023" w14:textId="77777777" w:rsidR="009A3577" w:rsidRDefault="00000000">
      <w:pPr>
        <w:pStyle w:val="Heading2"/>
      </w:pPr>
      <w:r>
        <w:t>3. Monitoring and Review</w:t>
      </w:r>
    </w:p>
    <w:p w14:paraId="28C96148" w14:textId="77777777" w:rsidR="009A3577" w:rsidRDefault="00000000">
      <w:r>
        <w:t>This policy is monitored continuously and subject to formal annual review by the Preschool Manager and Proprietor. Next formal review date: 1 September 2027.</w:t>
      </w:r>
    </w:p>
    <w:p w14:paraId="50A5D6A8" w14:textId="77777777" w:rsidR="009A3577" w:rsidRDefault="00000000">
      <w:r>
        <w:br w:type="page"/>
      </w:r>
    </w:p>
    <w:p w14:paraId="0528BA29" w14:textId="77777777" w:rsidR="009A3577" w:rsidRDefault="00000000">
      <w:pPr>
        <w:pStyle w:val="Heading1"/>
      </w:pPr>
      <w:r>
        <w:t>20. Food, Nutrition and Mealtime Safety Policy</w:t>
      </w:r>
    </w:p>
    <w:p w14:paraId="067A632E" w14:textId="77777777" w:rsidR="009A3577" w:rsidRDefault="00000000">
      <w:r>
        <w:rPr>
          <w:b/>
          <w:color w:val="646464"/>
          <w:sz w:val="20"/>
        </w:rPr>
        <w:t>Effective Date: 1 September 2026 | Review Date: 1 September 2027</w:t>
      </w:r>
    </w:p>
    <w:p w14:paraId="203B9C9A" w14:textId="77777777" w:rsidR="009A3577" w:rsidRDefault="00000000">
      <w:r>
        <w:t>This official policy establishes the operational standards, staff responsibilities, and statutory compliance protocols for Lilliput Learners Preschool under the Food, Nutrition and Mealtime Safety Policy. All personnel, volunteers, and management are required to adhere strictly to these guidelines.</w:t>
      </w:r>
    </w:p>
    <w:p w14:paraId="29F37EF6" w14:textId="77777777" w:rsidR="009A3577" w:rsidRDefault="00000000">
      <w:pPr>
        <w:pStyle w:val="Heading2"/>
      </w:pPr>
      <w:r>
        <w:t>1. Statement of Intent &amp; Purpose</w:t>
      </w:r>
    </w:p>
    <w:p w14:paraId="7D5A73FD" w14:textId="77777777" w:rsidR="009A3577" w:rsidRDefault="00000000">
      <w:r>
        <w:t>To ensure absolute compliance with statutory requirements, safeguarding mandates, and best practice standards across all operations at Lilliput Learners Preschool.</w:t>
      </w:r>
    </w:p>
    <w:p w14:paraId="12209BD6" w14:textId="77777777" w:rsidR="009A3577" w:rsidRDefault="00000000">
      <w:pPr>
        <w:pStyle w:val="Heading2"/>
      </w:pPr>
      <w:r>
        <w:t>2. Procedures and Implementation</w:t>
      </w:r>
    </w:p>
    <w:p w14:paraId="08071C04" w14:textId="77777777" w:rsidR="009A3577" w:rsidRDefault="00000000">
      <w:r>
        <w:t>All staff members are thoroughly briefed during induction and ongoing supervision. Records of implementation and adherence are maintained securely on site and reviewed regularly by management.</w:t>
      </w:r>
    </w:p>
    <w:p w14:paraId="13CA6C92" w14:textId="77777777" w:rsidR="009A3577" w:rsidRDefault="00000000">
      <w:pPr>
        <w:pStyle w:val="Heading2"/>
      </w:pPr>
      <w:r>
        <w:t>3. Monitoring and Review</w:t>
      </w:r>
    </w:p>
    <w:p w14:paraId="57B3C978" w14:textId="77777777" w:rsidR="009A3577" w:rsidRDefault="00000000">
      <w:r>
        <w:t>This policy is monitored continuously and subject to formal annual review by the Preschool Manager and Proprietor. Next formal review date: 1 September 2027.</w:t>
      </w:r>
    </w:p>
    <w:p w14:paraId="2744F5C9" w14:textId="77777777" w:rsidR="009A3577" w:rsidRDefault="00000000">
      <w:r>
        <w:br w:type="page"/>
      </w:r>
    </w:p>
    <w:p w14:paraId="1B95D6CB" w14:textId="77777777" w:rsidR="009A3577" w:rsidRDefault="00000000">
      <w:pPr>
        <w:pStyle w:val="Heading1"/>
      </w:pPr>
      <w:r>
        <w:t>21. Allergen Management and Dietary Needs Policy</w:t>
      </w:r>
    </w:p>
    <w:p w14:paraId="5E5DFB1E" w14:textId="77777777" w:rsidR="009A3577" w:rsidRDefault="00000000">
      <w:r>
        <w:rPr>
          <w:b/>
          <w:color w:val="646464"/>
          <w:sz w:val="20"/>
        </w:rPr>
        <w:t>Effective Date: 1 September 2026 | Review Date: 1 September 2027</w:t>
      </w:r>
    </w:p>
    <w:p w14:paraId="567791C7" w14:textId="77777777" w:rsidR="009A3577" w:rsidRDefault="00000000">
      <w:r>
        <w:t>This official policy establishes the operational standards, staff responsibilities, and statutory compliance protocols for Lilliput Learners Preschool under the Allergen Management and Dietary Needs Policy. All personnel, volunteers, and management are required to adhere strictly to these guidelines.</w:t>
      </w:r>
    </w:p>
    <w:p w14:paraId="44205E01" w14:textId="77777777" w:rsidR="009A3577" w:rsidRDefault="00000000">
      <w:pPr>
        <w:pStyle w:val="Heading2"/>
      </w:pPr>
      <w:r>
        <w:t>1. Statement of Intent &amp; Purpose</w:t>
      </w:r>
    </w:p>
    <w:p w14:paraId="28C3169E" w14:textId="77777777" w:rsidR="009A3577" w:rsidRDefault="00000000">
      <w:r>
        <w:t>To ensure absolute compliance with statutory requirements, safeguarding mandates, and best practice standards across all operations at Lilliput Learners Preschool.</w:t>
      </w:r>
    </w:p>
    <w:p w14:paraId="5F478576" w14:textId="77777777" w:rsidR="009A3577" w:rsidRDefault="00000000">
      <w:pPr>
        <w:pStyle w:val="Heading2"/>
      </w:pPr>
      <w:r>
        <w:t>2. Procedures and Implementation</w:t>
      </w:r>
    </w:p>
    <w:p w14:paraId="55D7E671" w14:textId="77777777" w:rsidR="009A3577" w:rsidRDefault="00000000">
      <w:r>
        <w:t>All staff members are thoroughly briefed during induction and ongoing supervision. Records of implementation and adherence are maintained securely on site and reviewed regularly by management.</w:t>
      </w:r>
    </w:p>
    <w:p w14:paraId="56B07070" w14:textId="77777777" w:rsidR="009A3577" w:rsidRDefault="00000000">
      <w:pPr>
        <w:pStyle w:val="Heading2"/>
      </w:pPr>
      <w:r>
        <w:t>3. Monitoring and Review</w:t>
      </w:r>
    </w:p>
    <w:p w14:paraId="49D66E66" w14:textId="77777777" w:rsidR="009A3577" w:rsidRDefault="00000000">
      <w:r>
        <w:t>This policy is monitored continuously and subject to formal annual review by the Preschool Manager and Proprietor. Next formal review date: 1 September 2027.</w:t>
      </w:r>
    </w:p>
    <w:p w14:paraId="4256269B" w14:textId="77777777" w:rsidR="009A3577" w:rsidRDefault="00000000">
      <w:r>
        <w:br w:type="page"/>
      </w:r>
    </w:p>
    <w:p w14:paraId="7E13E331" w14:textId="77777777" w:rsidR="009A3577" w:rsidRDefault="00000000">
      <w:pPr>
        <w:pStyle w:val="Heading1"/>
      </w:pPr>
      <w:r>
        <w:t>22. Sun Care and Outdoor Protection Policy</w:t>
      </w:r>
    </w:p>
    <w:p w14:paraId="5BFFDBAA" w14:textId="77777777" w:rsidR="009A3577" w:rsidRDefault="00000000">
      <w:r>
        <w:rPr>
          <w:b/>
          <w:color w:val="646464"/>
          <w:sz w:val="20"/>
        </w:rPr>
        <w:t>Effective Date: 1 September 2026 | Review Date: 1 September 2027</w:t>
      </w:r>
    </w:p>
    <w:p w14:paraId="019AF52F" w14:textId="77777777" w:rsidR="009A3577" w:rsidRDefault="00000000">
      <w:r>
        <w:t>This official policy establishes the operational standards, staff responsibilities, and statutory compliance protocols for Lilliput Learners Preschool under the Sun Care and Outdoor Protection Policy. All personnel, volunteers, and management are required to adhere strictly to these guidelines.</w:t>
      </w:r>
    </w:p>
    <w:p w14:paraId="30BCB92F" w14:textId="77777777" w:rsidR="009A3577" w:rsidRDefault="00000000">
      <w:pPr>
        <w:pStyle w:val="Heading2"/>
      </w:pPr>
      <w:r>
        <w:t>1. Statement of Intent &amp; Purpose</w:t>
      </w:r>
    </w:p>
    <w:p w14:paraId="531900E3" w14:textId="77777777" w:rsidR="009A3577" w:rsidRDefault="00000000">
      <w:r>
        <w:t>To ensure absolute compliance with statutory requirements, safeguarding mandates, and best practice standards across all operations at Lilliput Learners Preschool.</w:t>
      </w:r>
    </w:p>
    <w:p w14:paraId="0143EE61" w14:textId="77777777" w:rsidR="009A3577" w:rsidRDefault="00000000">
      <w:pPr>
        <w:pStyle w:val="Heading2"/>
      </w:pPr>
      <w:r>
        <w:t>2. Procedures and Implementation</w:t>
      </w:r>
    </w:p>
    <w:p w14:paraId="261CBC4F" w14:textId="77777777" w:rsidR="009A3577" w:rsidRDefault="00000000">
      <w:r>
        <w:t>All staff members are thoroughly briefed during induction and ongoing supervision. Records of implementation and adherence are maintained securely on site and reviewed regularly by management.</w:t>
      </w:r>
    </w:p>
    <w:p w14:paraId="3770D79A" w14:textId="77777777" w:rsidR="009A3577" w:rsidRDefault="00000000">
      <w:pPr>
        <w:pStyle w:val="Heading2"/>
      </w:pPr>
      <w:r>
        <w:t>3. Monitoring and Review</w:t>
      </w:r>
    </w:p>
    <w:p w14:paraId="7F0BF70F" w14:textId="77777777" w:rsidR="009A3577" w:rsidRDefault="00000000">
      <w:r>
        <w:t>This policy is monitored continuously and subject to formal annual review by the Preschool Manager and Proprietor. Next formal review date: 1 September 2027.</w:t>
      </w:r>
    </w:p>
    <w:p w14:paraId="09120751" w14:textId="77777777" w:rsidR="009A3577" w:rsidRDefault="00000000">
      <w:r>
        <w:br w:type="page"/>
      </w:r>
    </w:p>
    <w:p w14:paraId="13AF747D" w14:textId="77777777" w:rsidR="009A3577" w:rsidRDefault="00000000">
      <w:pPr>
        <w:pStyle w:val="Heading1"/>
      </w:pPr>
      <w:r>
        <w:t>23. Personal Protective Equipment (PPE) Policy</w:t>
      </w:r>
    </w:p>
    <w:p w14:paraId="4D148C84" w14:textId="77777777" w:rsidR="009A3577" w:rsidRDefault="00000000">
      <w:r>
        <w:rPr>
          <w:b/>
          <w:color w:val="646464"/>
          <w:sz w:val="20"/>
        </w:rPr>
        <w:t>Effective Date: 1 September 2026 | Review Date: 1 September 2027</w:t>
      </w:r>
    </w:p>
    <w:p w14:paraId="285F8B22" w14:textId="77777777" w:rsidR="009A3577" w:rsidRDefault="00000000">
      <w:r>
        <w:t>This official policy establishes the operational standards, staff responsibilities, and statutory compliance protocols for Lilliput Learners Preschool under the Personal Protective Equipment (PPE) Policy. All personnel, volunteers, and management are required to adhere strictly to these guidelines.</w:t>
      </w:r>
    </w:p>
    <w:p w14:paraId="74694F65" w14:textId="77777777" w:rsidR="009A3577" w:rsidRDefault="00000000">
      <w:pPr>
        <w:pStyle w:val="Heading2"/>
      </w:pPr>
      <w:r>
        <w:t>1. Statement of Intent &amp; Purpose</w:t>
      </w:r>
    </w:p>
    <w:p w14:paraId="0717D0CD" w14:textId="77777777" w:rsidR="009A3577" w:rsidRDefault="00000000">
      <w:r>
        <w:t>To ensure absolute compliance with statutory requirements, safeguarding mandates, and best practice standards across all operations at Lilliput Learners Preschool.</w:t>
      </w:r>
    </w:p>
    <w:p w14:paraId="37B20CBC" w14:textId="77777777" w:rsidR="009A3577" w:rsidRDefault="00000000">
      <w:pPr>
        <w:pStyle w:val="Heading2"/>
      </w:pPr>
      <w:r>
        <w:t>2. Procedures and Implementation</w:t>
      </w:r>
    </w:p>
    <w:p w14:paraId="449F4DFB" w14:textId="77777777" w:rsidR="009A3577" w:rsidRDefault="00000000">
      <w:r>
        <w:t>All staff members are thoroughly briefed during induction and ongoing supervision. Records of implementation and adherence are maintained securely on site and reviewed regularly by management.</w:t>
      </w:r>
    </w:p>
    <w:p w14:paraId="2E7F6D2D" w14:textId="77777777" w:rsidR="009A3577" w:rsidRDefault="00000000">
      <w:pPr>
        <w:pStyle w:val="Heading2"/>
      </w:pPr>
      <w:r>
        <w:t>3. Monitoring and Review</w:t>
      </w:r>
    </w:p>
    <w:p w14:paraId="698C2CC4" w14:textId="77777777" w:rsidR="009A3577" w:rsidRDefault="00000000">
      <w:r>
        <w:t>This policy is monitored continuously and subject to formal annual review by the Preschool Manager and Proprietor. Next formal review date: 1 September 2027.</w:t>
      </w:r>
    </w:p>
    <w:p w14:paraId="419E37BD" w14:textId="77777777" w:rsidR="009A3577" w:rsidRDefault="00000000">
      <w:r>
        <w:br w:type="page"/>
      </w:r>
    </w:p>
    <w:p w14:paraId="6DCD3402" w14:textId="77777777" w:rsidR="009A3577" w:rsidRDefault="00000000">
      <w:pPr>
        <w:pStyle w:val="Heading1"/>
      </w:pPr>
      <w:r>
        <w:t>24. Manual Handling and Heavy Lifting Policy</w:t>
      </w:r>
    </w:p>
    <w:p w14:paraId="74513592" w14:textId="77777777" w:rsidR="009A3577" w:rsidRDefault="00000000">
      <w:r>
        <w:rPr>
          <w:b/>
          <w:color w:val="646464"/>
          <w:sz w:val="20"/>
        </w:rPr>
        <w:t>Effective Date: 1 September 2026 | Review Date: 1 September 2027</w:t>
      </w:r>
    </w:p>
    <w:p w14:paraId="6A812430" w14:textId="77777777" w:rsidR="009A3577" w:rsidRDefault="00000000">
      <w:r>
        <w:t>This official policy establishes the operational standards, staff responsibilities, and statutory compliance protocols for Lilliput Learners Preschool under the Manual Handling and Heavy Lifting Policy. All personnel, volunteers, and management are required to adhere strictly to these guidelines.</w:t>
      </w:r>
    </w:p>
    <w:p w14:paraId="775632E8" w14:textId="77777777" w:rsidR="009A3577" w:rsidRDefault="00000000">
      <w:pPr>
        <w:pStyle w:val="Heading2"/>
      </w:pPr>
      <w:r>
        <w:t>1. Statement of Intent &amp; Purpose</w:t>
      </w:r>
    </w:p>
    <w:p w14:paraId="40EBD695" w14:textId="77777777" w:rsidR="009A3577" w:rsidRDefault="00000000">
      <w:r>
        <w:t>To ensure absolute compliance with statutory requirements, safeguarding mandates, and best practice standards across all operations at Lilliput Learners Preschool.</w:t>
      </w:r>
    </w:p>
    <w:p w14:paraId="3293E5FA" w14:textId="77777777" w:rsidR="009A3577" w:rsidRDefault="00000000">
      <w:pPr>
        <w:pStyle w:val="Heading2"/>
      </w:pPr>
      <w:r>
        <w:t>2. Procedures and Implementation</w:t>
      </w:r>
    </w:p>
    <w:p w14:paraId="6EEA651C" w14:textId="77777777" w:rsidR="009A3577" w:rsidRDefault="00000000">
      <w:r>
        <w:t>All staff members are thoroughly briefed during induction and ongoing supervision. Records of implementation and adherence are maintained securely on site and reviewed regularly by management.</w:t>
      </w:r>
    </w:p>
    <w:p w14:paraId="3135D357" w14:textId="77777777" w:rsidR="009A3577" w:rsidRDefault="00000000">
      <w:pPr>
        <w:pStyle w:val="Heading2"/>
      </w:pPr>
      <w:r>
        <w:t>3. Monitoring and Review</w:t>
      </w:r>
    </w:p>
    <w:p w14:paraId="78F9874B" w14:textId="77777777" w:rsidR="009A3577" w:rsidRDefault="00000000">
      <w:r>
        <w:t>This policy is monitored continuously and subject to formal annual review by the Preschool Manager and Proprietor. Next formal review date: 1 September 2027.</w:t>
      </w:r>
    </w:p>
    <w:p w14:paraId="17C84E85" w14:textId="77777777" w:rsidR="009A3577" w:rsidRDefault="00000000">
      <w:r>
        <w:br w:type="page"/>
      </w:r>
    </w:p>
    <w:p w14:paraId="7A790AF8" w14:textId="77777777" w:rsidR="009A3577" w:rsidRDefault="00000000">
      <w:pPr>
        <w:pStyle w:val="Heading1"/>
      </w:pPr>
      <w:r>
        <w:t>25. COSHH (Control of Substances Hazardous to Health) Policy</w:t>
      </w:r>
    </w:p>
    <w:p w14:paraId="10A6D750" w14:textId="77777777" w:rsidR="009A3577" w:rsidRDefault="00000000">
      <w:r>
        <w:rPr>
          <w:b/>
          <w:color w:val="646464"/>
          <w:sz w:val="20"/>
        </w:rPr>
        <w:t>Effective Date: 1 September 2026 | Review Date: 1 September 2027</w:t>
      </w:r>
    </w:p>
    <w:p w14:paraId="6B9EDE45" w14:textId="77777777" w:rsidR="009A3577" w:rsidRDefault="00000000">
      <w:r>
        <w:t>This official policy establishes the operational standards, staff responsibilities, and statutory compliance protocols for Lilliput Learners Preschool under the COSHH (Control of Substances Hazardous to Health) Policy. All personnel, volunteers, and management are required to adhere strictly to these guidelines.</w:t>
      </w:r>
    </w:p>
    <w:p w14:paraId="48C1DE79" w14:textId="77777777" w:rsidR="009A3577" w:rsidRDefault="00000000">
      <w:pPr>
        <w:pStyle w:val="Heading2"/>
      </w:pPr>
      <w:r>
        <w:t>1. Statement of Intent &amp; Purpose</w:t>
      </w:r>
    </w:p>
    <w:p w14:paraId="5080A6E4" w14:textId="77777777" w:rsidR="009A3577" w:rsidRDefault="00000000">
      <w:r>
        <w:t>To ensure absolute compliance with statutory requirements, safeguarding mandates, and best practice standards across all operations at Lilliput Learners Preschool.</w:t>
      </w:r>
    </w:p>
    <w:p w14:paraId="728F57FC" w14:textId="77777777" w:rsidR="009A3577" w:rsidRDefault="00000000">
      <w:pPr>
        <w:pStyle w:val="Heading2"/>
      </w:pPr>
      <w:r>
        <w:t>2. Procedures and Implementation</w:t>
      </w:r>
    </w:p>
    <w:p w14:paraId="002F529D" w14:textId="77777777" w:rsidR="009A3577" w:rsidRDefault="00000000">
      <w:r>
        <w:t>All staff members are thoroughly briefed during induction and ongoing supervision. Records of implementation and adherence are maintained securely on site and reviewed regularly by management.</w:t>
      </w:r>
    </w:p>
    <w:p w14:paraId="32811273" w14:textId="77777777" w:rsidR="009A3577" w:rsidRDefault="00000000">
      <w:pPr>
        <w:pStyle w:val="Heading2"/>
      </w:pPr>
      <w:r>
        <w:t>3. Monitoring and Review</w:t>
      </w:r>
    </w:p>
    <w:p w14:paraId="1CAD8F36" w14:textId="77777777" w:rsidR="009A3577" w:rsidRDefault="00000000">
      <w:r>
        <w:t>This policy is monitored continuously and subject to formal annual review by the Preschool Manager and Proprietor. Next formal review date: 1 September 2027.</w:t>
      </w:r>
    </w:p>
    <w:p w14:paraId="495BCCC7" w14:textId="77777777" w:rsidR="009A3577" w:rsidRDefault="00000000">
      <w:r>
        <w:br w:type="page"/>
      </w:r>
    </w:p>
    <w:p w14:paraId="61CBD70A" w14:textId="77777777" w:rsidR="009A3577" w:rsidRDefault="00000000">
      <w:pPr>
        <w:pStyle w:val="Heading1"/>
      </w:pPr>
      <w:r>
        <w:t>26. Electrical and Equipment Safety Policy</w:t>
      </w:r>
    </w:p>
    <w:p w14:paraId="64059849" w14:textId="77777777" w:rsidR="009A3577" w:rsidRDefault="00000000">
      <w:r>
        <w:rPr>
          <w:b/>
          <w:color w:val="646464"/>
          <w:sz w:val="20"/>
        </w:rPr>
        <w:t>Effective Date: 1 September 2026 | Review Date: 1 September 2027</w:t>
      </w:r>
    </w:p>
    <w:p w14:paraId="45B019D0" w14:textId="77777777" w:rsidR="009A3577" w:rsidRDefault="00000000">
      <w:r>
        <w:t>This official policy establishes the operational standards, staff responsibilities, and statutory compliance protocols for Lilliput Learners Preschool under the Electrical and Equipment Safety Policy. All personnel, volunteers, and management are required to adhere strictly to these guidelines.</w:t>
      </w:r>
    </w:p>
    <w:p w14:paraId="0FDB0C9E" w14:textId="77777777" w:rsidR="009A3577" w:rsidRDefault="00000000">
      <w:pPr>
        <w:pStyle w:val="Heading2"/>
      </w:pPr>
      <w:r>
        <w:t>1. Statement of Intent &amp; Purpose</w:t>
      </w:r>
    </w:p>
    <w:p w14:paraId="617FCAE2" w14:textId="77777777" w:rsidR="009A3577" w:rsidRDefault="00000000">
      <w:r>
        <w:t>To ensure absolute compliance with statutory requirements, safeguarding mandates, and best practice standards across all operations at Lilliput Learners Preschool.</w:t>
      </w:r>
    </w:p>
    <w:p w14:paraId="7E9736DC" w14:textId="77777777" w:rsidR="009A3577" w:rsidRDefault="00000000">
      <w:pPr>
        <w:pStyle w:val="Heading2"/>
      </w:pPr>
      <w:r>
        <w:t>2. Procedures and Implementation</w:t>
      </w:r>
    </w:p>
    <w:p w14:paraId="0A20924E" w14:textId="77777777" w:rsidR="009A3577" w:rsidRDefault="00000000">
      <w:r>
        <w:t>All staff members are thoroughly briefed during induction and ongoing supervision. Records of implementation and adherence are maintained securely on site and reviewed regularly by management.</w:t>
      </w:r>
    </w:p>
    <w:p w14:paraId="1E9981E5" w14:textId="77777777" w:rsidR="009A3577" w:rsidRDefault="00000000">
      <w:pPr>
        <w:pStyle w:val="Heading2"/>
      </w:pPr>
      <w:r>
        <w:t>3. Monitoring and Review</w:t>
      </w:r>
    </w:p>
    <w:p w14:paraId="0218F394" w14:textId="77777777" w:rsidR="009A3577" w:rsidRDefault="00000000">
      <w:r>
        <w:t>This policy is monitored continuously and subject to formal annual review by the Preschool Manager and Proprietor. Next formal review date: 1 September 2027.</w:t>
      </w:r>
    </w:p>
    <w:p w14:paraId="12452FE3" w14:textId="77777777" w:rsidR="009A3577" w:rsidRDefault="00000000">
      <w:r>
        <w:br w:type="page"/>
      </w:r>
    </w:p>
    <w:p w14:paraId="034AD703" w14:textId="77777777" w:rsidR="009A3577" w:rsidRDefault="00000000">
      <w:pPr>
        <w:pStyle w:val="Heading1"/>
      </w:pPr>
      <w:r>
        <w:t>27. Pest Control and Hygiene Policy</w:t>
      </w:r>
    </w:p>
    <w:p w14:paraId="69273367" w14:textId="77777777" w:rsidR="009A3577" w:rsidRDefault="00000000">
      <w:r>
        <w:rPr>
          <w:b/>
          <w:color w:val="646464"/>
          <w:sz w:val="20"/>
        </w:rPr>
        <w:t>Effective Date: 1 September 2026 | Review Date: 1 September 2027</w:t>
      </w:r>
    </w:p>
    <w:p w14:paraId="1FEBE1CB" w14:textId="77777777" w:rsidR="009A3577" w:rsidRDefault="00000000">
      <w:r>
        <w:t>This official policy establishes the operational standards, staff responsibilities, and statutory compliance protocols for Lilliput Learners Preschool under the Pest Control and Hygiene Policy. All personnel, volunteers, and management are required to adhere strictly to these guidelines.</w:t>
      </w:r>
    </w:p>
    <w:p w14:paraId="3741FE64" w14:textId="77777777" w:rsidR="009A3577" w:rsidRDefault="00000000">
      <w:pPr>
        <w:pStyle w:val="Heading2"/>
      </w:pPr>
      <w:r>
        <w:t>1. Statement of Intent &amp; Purpose</w:t>
      </w:r>
    </w:p>
    <w:p w14:paraId="79C90D67" w14:textId="77777777" w:rsidR="009A3577" w:rsidRDefault="00000000">
      <w:r>
        <w:t>To ensure absolute compliance with statutory requirements, safeguarding mandates, and best practice standards across all operations at Lilliput Learners Preschool.</w:t>
      </w:r>
    </w:p>
    <w:p w14:paraId="311428C5" w14:textId="77777777" w:rsidR="009A3577" w:rsidRDefault="00000000">
      <w:pPr>
        <w:pStyle w:val="Heading2"/>
      </w:pPr>
      <w:r>
        <w:t>2. Procedures and Implementation</w:t>
      </w:r>
    </w:p>
    <w:p w14:paraId="6D6CED3F" w14:textId="77777777" w:rsidR="009A3577" w:rsidRDefault="00000000">
      <w:r>
        <w:t>All staff members are thoroughly briefed during induction and ongoing supervision. Records of implementation and adherence are maintained securely on site and reviewed regularly by management.</w:t>
      </w:r>
    </w:p>
    <w:p w14:paraId="06D6885F" w14:textId="77777777" w:rsidR="009A3577" w:rsidRDefault="00000000">
      <w:pPr>
        <w:pStyle w:val="Heading2"/>
      </w:pPr>
      <w:r>
        <w:t>3. Monitoring and Review</w:t>
      </w:r>
    </w:p>
    <w:p w14:paraId="6F3A4900" w14:textId="77777777" w:rsidR="009A3577" w:rsidRDefault="00000000">
      <w:r>
        <w:t>This policy is monitored continuously and subject to formal annual review by the Preschool Manager and Proprietor. Next formal review date: 1 September 2027.</w:t>
      </w:r>
    </w:p>
    <w:p w14:paraId="2A0F7073" w14:textId="77777777" w:rsidR="009A3577" w:rsidRDefault="00000000">
      <w:r>
        <w:br w:type="page"/>
      </w:r>
    </w:p>
    <w:p w14:paraId="2D59B163" w14:textId="77777777" w:rsidR="009A3577" w:rsidRDefault="00000000">
      <w:pPr>
        <w:pStyle w:val="Heading1"/>
      </w:pPr>
      <w:r>
        <w:t>28. Curriculum, Teaching and Learning Policy</w:t>
      </w:r>
    </w:p>
    <w:p w14:paraId="64F6F2FD" w14:textId="77777777" w:rsidR="009A3577" w:rsidRDefault="00000000">
      <w:r>
        <w:rPr>
          <w:b/>
          <w:color w:val="646464"/>
          <w:sz w:val="20"/>
        </w:rPr>
        <w:t>Effective Date: 1 September 2026 | Review Date: 1 September 2027</w:t>
      </w:r>
    </w:p>
    <w:p w14:paraId="70D4AD72" w14:textId="77777777" w:rsidR="009A3577" w:rsidRDefault="00000000">
      <w:r>
        <w:t>This official policy establishes the operational standards, staff responsibilities, and statutory compliance protocols for Lilliput Learners Preschool under the Curriculum, Teaching and Learning Policy. All personnel, volunteers, and management are required to adhere strictly to these guidelines.</w:t>
      </w:r>
    </w:p>
    <w:p w14:paraId="2A0EF0F1" w14:textId="77777777" w:rsidR="009A3577" w:rsidRDefault="00000000">
      <w:pPr>
        <w:pStyle w:val="Heading2"/>
      </w:pPr>
      <w:r>
        <w:t>1. Statement of Intent &amp; Purpose</w:t>
      </w:r>
    </w:p>
    <w:p w14:paraId="1A3E1110" w14:textId="77777777" w:rsidR="009A3577" w:rsidRDefault="00000000">
      <w:r>
        <w:t>To ensure absolute compliance with statutory requirements, safeguarding mandates, and best practice standards across all operations at Lilliput Learners Preschool.</w:t>
      </w:r>
    </w:p>
    <w:p w14:paraId="5A215F8A" w14:textId="77777777" w:rsidR="009A3577" w:rsidRDefault="00000000">
      <w:pPr>
        <w:pStyle w:val="Heading2"/>
      </w:pPr>
      <w:r>
        <w:t>2. Procedures and Implementation</w:t>
      </w:r>
    </w:p>
    <w:p w14:paraId="4D5B0AF9" w14:textId="77777777" w:rsidR="009A3577" w:rsidRDefault="00000000">
      <w:r>
        <w:t>All staff members are thoroughly briefed during induction and ongoing supervision. Records of implementation and adherence are maintained securely on site and reviewed regularly by management.</w:t>
      </w:r>
    </w:p>
    <w:p w14:paraId="38C0C421" w14:textId="77777777" w:rsidR="009A3577" w:rsidRDefault="00000000">
      <w:pPr>
        <w:pStyle w:val="Heading2"/>
      </w:pPr>
      <w:r>
        <w:t>3. Monitoring and Review</w:t>
      </w:r>
    </w:p>
    <w:p w14:paraId="5630FF60" w14:textId="77777777" w:rsidR="009A3577" w:rsidRDefault="00000000">
      <w:r>
        <w:t>This policy is monitored continuously and subject to formal annual review by the Preschool Manager and Proprietor. Next formal review date: 1 September 2027.</w:t>
      </w:r>
    </w:p>
    <w:p w14:paraId="30C1FA77" w14:textId="77777777" w:rsidR="009A3577" w:rsidRDefault="00000000">
      <w:r>
        <w:br w:type="page"/>
      </w:r>
    </w:p>
    <w:p w14:paraId="1CB272FC" w14:textId="77777777" w:rsidR="009A3577" w:rsidRDefault="00000000">
      <w:pPr>
        <w:pStyle w:val="Heading1"/>
      </w:pPr>
      <w:r>
        <w:t>29. Special Educational Needs and Disabilities (SEND) Policy</w:t>
      </w:r>
    </w:p>
    <w:p w14:paraId="04F1F987" w14:textId="77777777" w:rsidR="009A3577" w:rsidRDefault="00000000">
      <w:r>
        <w:rPr>
          <w:b/>
          <w:color w:val="646464"/>
          <w:sz w:val="20"/>
        </w:rPr>
        <w:t>Effective Date: 1 September 2026 | Review Date: 1 September 2027</w:t>
      </w:r>
    </w:p>
    <w:p w14:paraId="51FE6A90" w14:textId="77777777" w:rsidR="009A3577" w:rsidRDefault="00000000">
      <w:r>
        <w:t>This official policy establishes the operational standards, staff responsibilities, and statutory compliance protocols for Lilliput Learners Preschool under the Special Educational Needs and Disabilities (SEND) Policy. All personnel, volunteers, and management are required to adhere strictly to these guidelines.</w:t>
      </w:r>
    </w:p>
    <w:p w14:paraId="284AEAD5" w14:textId="77777777" w:rsidR="009A3577" w:rsidRDefault="00000000">
      <w:pPr>
        <w:pStyle w:val="Heading2"/>
      </w:pPr>
      <w:r>
        <w:t>1. Statement of Intent &amp; Purpose</w:t>
      </w:r>
    </w:p>
    <w:p w14:paraId="5D1FC305" w14:textId="77777777" w:rsidR="009A3577" w:rsidRDefault="00000000">
      <w:r>
        <w:t>To ensure absolute compliance with statutory requirements, safeguarding mandates, and best practice standards across all operations at Lilliput Learners Preschool.</w:t>
      </w:r>
    </w:p>
    <w:p w14:paraId="26898842" w14:textId="77777777" w:rsidR="009A3577" w:rsidRDefault="00000000">
      <w:pPr>
        <w:pStyle w:val="Heading2"/>
      </w:pPr>
      <w:r>
        <w:t>2. Procedures and Implementation</w:t>
      </w:r>
    </w:p>
    <w:p w14:paraId="053D25F8" w14:textId="77777777" w:rsidR="009A3577" w:rsidRDefault="00000000">
      <w:r>
        <w:t>All staff members are thoroughly briefed during induction and ongoing supervision. Records of implementation and adherence are maintained securely on site and reviewed regularly by management.</w:t>
      </w:r>
    </w:p>
    <w:p w14:paraId="15E65458" w14:textId="77777777" w:rsidR="009A3577" w:rsidRDefault="00000000">
      <w:pPr>
        <w:pStyle w:val="Heading2"/>
      </w:pPr>
      <w:r>
        <w:t>3. Monitoring and Review</w:t>
      </w:r>
    </w:p>
    <w:p w14:paraId="403E5EC1" w14:textId="77777777" w:rsidR="009A3577" w:rsidRDefault="00000000">
      <w:r>
        <w:t>This policy is monitored continuously and subject to formal annual review by the Preschool Manager and Proprietor. Next formal review date: 1 September 2027.</w:t>
      </w:r>
    </w:p>
    <w:p w14:paraId="33C5E117" w14:textId="77777777" w:rsidR="009A3577" w:rsidRDefault="00000000">
      <w:r>
        <w:br w:type="page"/>
      </w:r>
    </w:p>
    <w:p w14:paraId="4958F411" w14:textId="77777777" w:rsidR="009A3577" w:rsidRDefault="00000000">
      <w:pPr>
        <w:pStyle w:val="Heading1"/>
      </w:pPr>
      <w:r>
        <w:t>30. Equality, Diversity and Inclusion Policy</w:t>
      </w:r>
    </w:p>
    <w:p w14:paraId="7497F94E" w14:textId="77777777" w:rsidR="009A3577" w:rsidRDefault="00000000">
      <w:r>
        <w:rPr>
          <w:b/>
          <w:color w:val="646464"/>
          <w:sz w:val="20"/>
        </w:rPr>
        <w:t>Effective Date: 1 September 2026 | Review Date: 1 September 2027</w:t>
      </w:r>
    </w:p>
    <w:p w14:paraId="054409F8" w14:textId="77777777" w:rsidR="009A3577" w:rsidRDefault="00000000">
      <w:r>
        <w:t>This official policy establishes the operational standards, staff responsibilities, and statutory compliance protocols for Lilliput Learners Preschool under the Equality, Diversity and Inclusion Policy. All personnel, volunteers, and management are required to adhere strictly to these guidelines.</w:t>
      </w:r>
    </w:p>
    <w:p w14:paraId="1E3F2079" w14:textId="77777777" w:rsidR="009A3577" w:rsidRDefault="00000000">
      <w:pPr>
        <w:pStyle w:val="Heading2"/>
      </w:pPr>
      <w:r>
        <w:t>1. Statement of Intent &amp; Purpose</w:t>
      </w:r>
    </w:p>
    <w:p w14:paraId="76CD9054" w14:textId="77777777" w:rsidR="009A3577" w:rsidRDefault="00000000">
      <w:r>
        <w:t>To ensure absolute compliance with statutory requirements, safeguarding mandates, and best practice standards across all operations at Lilliput Learners Preschool.</w:t>
      </w:r>
    </w:p>
    <w:p w14:paraId="4726E691" w14:textId="77777777" w:rsidR="009A3577" w:rsidRDefault="00000000">
      <w:pPr>
        <w:pStyle w:val="Heading2"/>
      </w:pPr>
      <w:r>
        <w:t>2. Procedures and Implementation</w:t>
      </w:r>
    </w:p>
    <w:p w14:paraId="3A6832DA" w14:textId="77777777" w:rsidR="009A3577" w:rsidRDefault="00000000">
      <w:r>
        <w:t>All staff members are thoroughly briefed during induction and ongoing supervision. Records of implementation and adherence are maintained securely on site and reviewed regularly by management.</w:t>
      </w:r>
    </w:p>
    <w:p w14:paraId="4A73976E" w14:textId="77777777" w:rsidR="009A3577" w:rsidRDefault="00000000">
      <w:pPr>
        <w:pStyle w:val="Heading2"/>
      </w:pPr>
      <w:r>
        <w:t>3. Monitoring and Review</w:t>
      </w:r>
    </w:p>
    <w:p w14:paraId="4F8546AE" w14:textId="77777777" w:rsidR="009A3577" w:rsidRDefault="00000000">
      <w:r>
        <w:t>This policy is monitored continuously and subject to formal annual review by the Preschool Manager and Proprietor. Next formal review date: 1 September 2027.</w:t>
      </w:r>
    </w:p>
    <w:p w14:paraId="46F55462" w14:textId="77777777" w:rsidR="009A3577" w:rsidRDefault="00000000">
      <w:r>
        <w:br w:type="page"/>
      </w:r>
    </w:p>
    <w:p w14:paraId="4CB2FEE7" w14:textId="77777777" w:rsidR="009A3577" w:rsidRDefault="00000000">
      <w:pPr>
        <w:pStyle w:val="Heading1"/>
      </w:pPr>
      <w:r>
        <w:t>31. British Values Promotion Policy</w:t>
      </w:r>
    </w:p>
    <w:p w14:paraId="09E9D2D1" w14:textId="77777777" w:rsidR="009A3577" w:rsidRDefault="00000000">
      <w:r>
        <w:rPr>
          <w:b/>
          <w:color w:val="646464"/>
          <w:sz w:val="20"/>
        </w:rPr>
        <w:t>Effective Date: 1 September 2026 | Review Date: 1 September 2027</w:t>
      </w:r>
    </w:p>
    <w:p w14:paraId="6A4948CE" w14:textId="77777777" w:rsidR="009A3577" w:rsidRDefault="00000000">
      <w:r>
        <w:t>This official policy establishes the operational standards, staff responsibilities, and statutory compliance protocols for Lilliput Learners Preschool under the British Values Promotion Policy. All personnel, volunteers, and management are required to adhere strictly to these guidelines.</w:t>
      </w:r>
    </w:p>
    <w:p w14:paraId="187AFF79" w14:textId="77777777" w:rsidR="009A3577" w:rsidRDefault="00000000">
      <w:pPr>
        <w:pStyle w:val="Heading2"/>
      </w:pPr>
      <w:r>
        <w:t>1. Statement of Intent &amp; Purpose</w:t>
      </w:r>
    </w:p>
    <w:p w14:paraId="41A7895E" w14:textId="77777777" w:rsidR="009A3577" w:rsidRDefault="00000000">
      <w:r>
        <w:t>To ensure absolute compliance with statutory requirements, safeguarding mandates, and best practice standards across all operations at Lilliput Learners Preschool.</w:t>
      </w:r>
    </w:p>
    <w:p w14:paraId="534DAEC4" w14:textId="77777777" w:rsidR="009A3577" w:rsidRDefault="00000000">
      <w:pPr>
        <w:pStyle w:val="Heading2"/>
      </w:pPr>
      <w:r>
        <w:t>2. Procedures and Implementation</w:t>
      </w:r>
    </w:p>
    <w:p w14:paraId="66368A50" w14:textId="77777777" w:rsidR="009A3577" w:rsidRDefault="00000000">
      <w:r>
        <w:t>All staff members are thoroughly briefed during induction and ongoing supervision. Records of implementation and adherence are maintained securely on site and reviewed regularly by management.</w:t>
      </w:r>
    </w:p>
    <w:p w14:paraId="55651B98" w14:textId="77777777" w:rsidR="009A3577" w:rsidRDefault="00000000">
      <w:pPr>
        <w:pStyle w:val="Heading2"/>
      </w:pPr>
      <w:r>
        <w:t>3. Monitoring and Review</w:t>
      </w:r>
    </w:p>
    <w:p w14:paraId="22E06BB7" w14:textId="77777777" w:rsidR="009A3577" w:rsidRDefault="00000000">
      <w:r>
        <w:t>This policy is monitored continuously and subject to formal annual review by the Preschool Manager and Proprietor. Next formal review date: 1 September 2027.</w:t>
      </w:r>
    </w:p>
    <w:p w14:paraId="169108A0" w14:textId="77777777" w:rsidR="009A3577" w:rsidRDefault="00000000">
      <w:r>
        <w:br w:type="page"/>
      </w:r>
    </w:p>
    <w:p w14:paraId="55049DFE" w14:textId="77777777" w:rsidR="009A3577" w:rsidRDefault="00000000">
      <w:pPr>
        <w:pStyle w:val="Heading1"/>
      </w:pPr>
      <w:r>
        <w:t>32. Behaviour Management and Positive Discipline Policy</w:t>
      </w:r>
    </w:p>
    <w:p w14:paraId="2D2DF822" w14:textId="77777777" w:rsidR="009A3577" w:rsidRDefault="00000000">
      <w:r>
        <w:rPr>
          <w:b/>
          <w:color w:val="646464"/>
          <w:sz w:val="20"/>
        </w:rPr>
        <w:t>Effective Date: 1 September 2026 | Review Date: 1 September 2027</w:t>
      </w:r>
    </w:p>
    <w:p w14:paraId="5795088B" w14:textId="77777777" w:rsidR="009A3577" w:rsidRDefault="00000000">
      <w:r>
        <w:t>This official policy establishes the operational standards, staff responsibilities, and statutory compliance protocols for Lilliput Learners Preschool under the Behaviour Management and Positive Discipline Policy. All personnel, volunteers, and management are required to adhere strictly to these guidelines.</w:t>
      </w:r>
    </w:p>
    <w:p w14:paraId="0B758E52" w14:textId="77777777" w:rsidR="009A3577" w:rsidRDefault="00000000">
      <w:pPr>
        <w:pStyle w:val="Heading2"/>
      </w:pPr>
      <w:r>
        <w:t>1. Statement of Intent &amp; Purpose</w:t>
      </w:r>
    </w:p>
    <w:p w14:paraId="37E1A0C1" w14:textId="77777777" w:rsidR="009A3577" w:rsidRDefault="00000000">
      <w:r>
        <w:t>To ensure absolute compliance with statutory requirements, safeguarding mandates, and best practice standards across all operations at Lilliput Learners Preschool.</w:t>
      </w:r>
    </w:p>
    <w:p w14:paraId="65E0D218" w14:textId="77777777" w:rsidR="009A3577" w:rsidRDefault="00000000">
      <w:pPr>
        <w:pStyle w:val="Heading2"/>
      </w:pPr>
      <w:r>
        <w:t>2. Procedures and Implementation</w:t>
      </w:r>
    </w:p>
    <w:p w14:paraId="7CE8D595" w14:textId="77777777" w:rsidR="009A3577" w:rsidRDefault="00000000">
      <w:r>
        <w:t>All staff members are thoroughly briefed during induction and ongoing supervision. Records of implementation and adherence are maintained securely on site and reviewed regularly by management.</w:t>
      </w:r>
    </w:p>
    <w:p w14:paraId="0B56A06E" w14:textId="77777777" w:rsidR="009A3577" w:rsidRDefault="00000000">
      <w:pPr>
        <w:pStyle w:val="Heading2"/>
      </w:pPr>
      <w:r>
        <w:t>3. Monitoring and Review</w:t>
      </w:r>
    </w:p>
    <w:p w14:paraId="155553A3" w14:textId="77777777" w:rsidR="009A3577" w:rsidRDefault="00000000">
      <w:r>
        <w:t>This policy is monitored continuously and subject to formal annual review by the Preschool Manager and Proprietor. Next formal review date: 1 September 2027.</w:t>
      </w:r>
    </w:p>
    <w:p w14:paraId="0576461F" w14:textId="77777777" w:rsidR="009A3577" w:rsidRDefault="00000000">
      <w:r>
        <w:br w:type="page"/>
      </w:r>
    </w:p>
    <w:p w14:paraId="256CC5B1" w14:textId="77777777" w:rsidR="009A3577" w:rsidRDefault="00000000">
      <w:pPr>
        <w:pStyle w:val="Heading1"/>
      </w:pPr>
      <w:r>
        <w:t>33. Promoting Positive Relationships Policy</w:t>
      </w:r>
    </w:p>
    <w:p w14:paraId="58E8D424" w14:textId="77777777" w:rsidR="009A3577" w:rsidRDefault="00000000">
      <w:r>
        <w:rPr>
          <w:b/>
          <w:color w:val="646464"/>
          <w:sz w:val="20"/>
        </w:rPr>
        <w:t>Effective Date: 1 September 2026 | Review Date: 1 September 2027</w:t>
      </w:r>
    </w:p>
    <w:p w14:paraId="771F55CC" w14:textId="77777777" w:rsidR="009A3577" w:rsidRDefault="00000000">
      <w:r>
        <w:t>This official policy establishes the operational standards, staff responsibilities, and statutory compliance protocols for Lilliput Learners Preschool under the Promoting Positive Relationships Policy. All personnel, volunteers, and management are required to adhere strictly to these guidelines.</w:t>
      </w:r>
    </w:p>
    <w:p w14:paraId="082B6275" w14:textId="77777777" w:rsidR="009A3577" w:rsidRDefault="00000000">
      <w:pPr>
        <w:pStyle w:val="Heading2"/>
      </w:pPr>
      <w:r>
        <w:t>1. Statement of Intent &amp; Purpose</w:t>
      </w:r>
    </w:p>
    <w:p w14:paraId="036CD2D6" w14:textId="77777777" w:rsidR="009A3577" w:rsidRDefault="00000000">
      <w:r>
        <w:t>To ensure absolute compliance with statutory requirements, safeguarding mandates, and best practice standards across all operations at Lilliput Learners Preschool.</w:t>
      </w:r>
    </w:p>
    <w:p w14:paraId="00E1154B" w14:textId="77777777" w:rsidR="009A3577" w:rsidRDefault="00000000">
      <w:pPr>
        <w:pStyle w:val="Heading2"/>
      </w:pPr>
      <w:r>
        <w:t>2. Procedures and Implementation</w:t>
      </w:r>
    </w:p>
    <w:p w14:paraId="55FA7E8A" w14:textId="77777777" w:rsidR="009A3577" w:rsidRDefault="00000000">
      <w:r>
        <w:t>All staff members are thoroughly briefed during induction and ongoing supervision. Records of implementation and adherence are maintained securely on site and reviewed regularly by management.</w:t>
      </w:r>
    </w:p>
    <w:p w14:paraId="05D558FE" w14:textId="77777777" w:rsidR="009A3577" w:rsidRDefault="00000000">
      <w:pPr>
        <w:pStyle w:val="Heading2"/>
      </w:pPr>
      <w:r>
        <w:t>3. Monitoring and Review</w:t>
      </w:r>
    </w:p>
    <w:p w14:paraId="64C3B394" w14:textId="77777777" w:rsidR="009A3577" w:rsidRDefault="00000000">
      <w:r>
        <w:t>This policy is monitored continuously and subject to formal annual review by the Preschool Manager and Proprietor. Next formal review date: 1 September 2027.</w:t>
      </w:r>
    </w:p>
    <w:p w14:paraId="42CD3485" w14:textId="77777777" w:rsidR="009A3577" w:rsidRDefault="00000000">
      <w:r>
        <w:br w:type="page"/>
      </w:r>
    </w:p>
    <w:p w14:paraId="5564A08A" w14:textId="77777777" w:rsidR="009A3577" w:rsidRDefault="00000000">
      <w:pPr>
        <w:pStyle w:val="Heading1"/>
      </w:pPr>
      <w:r>
        <w:t>34. Transition and Settling-In Policy</w:t>
      </w:r>
    </w:p>
    <w:p w14:paraId="106FC040" w14:textId="77777777" w:rsidR="009A3577" w:rsidRDefault="00000000">
      <w:r>
        <w:rPr>
          <w:b/>
          <w:color w:val="646464"/>
          <w:sz w:val="20"/>
        </w:rPr>
        <w:t>Effective Date: 1 September 2026 | Review Date: 1 September 2027</w:t>
      </w:r>
    </w:p>
    <w:p w14:paraId="2A2F233B" w14:textId="77777777" w:rsidR="009A3577" w:rsidRDefault="00000000">
      <w:r>
        <w:t>This official policy establishes the operational standards, staff responsibilities, and statutory compliance protocols for Lilliput Learners Preschool under the Transition and Settling-In Policy. All personnel, volunteers, and management are required to adhere strictly to these guidelines.</w:t>
      </w:r>
    </w:p>
    <w:p w14:paraId="6D6748F3" w14:textId="77777777" w:rsidR="009A3577" w:rsidRDefault="00000000">
      <w:pPr>
        <w:pStyle w:val="Heading2"/>
      </w:pPr>
      <w:r>
        <w:t>1. Statement of Intent &amp; Purpose</w:t>
      </w:r>
    </w:p>
    <w:p w14:paraId="2E668D29" w14:textId="77777777" w:rsidR="009A3577" w:rsidRDefault="00000000">
      <w:r>
        <w:t>To ensure absolute compliance with statutory requirements, safeguarding mandates, and best practice standards across all operations at Lilliput Learners Preschool.</w:t>
      </w:r>
    </w:p>
    <w:p w14:paraId="2F42338A" w14:textId="77777777" w:rsidR="009A3577" w:rsidRDefault="00000000">
      <w:pPr>
        <w:pStyle w:val="Heading2"/>
      </w:pPr>
      <w:r>
        <w:t>2. Procedures and Implementation</w:t>
      </w:r>
    </w:p>
    <w:p w14:paraId="19C00037" w14:textId="77777777" w:rsidR="009A3577" w:rsidRDefault="00000000">
      <w:r>
        <w:t>All staff members are thoroughly briefed during induction and ongoing supervision. Records of implementation and adherence are maintained securely on site and reviewed regularly by management.</w:t>
      </w:r>
    </w:p>
    <w:p w14:paraId="75D4F19A" w14:textId="77777777" w:rsidR="009A3577" w:rsidRDefault="00000000">
      <w:pPr>
        <w:pStyle w:val="Heading2"/>
      </w:pPr>
      <w:r>
        <w:t>3. Monitoring and Review</w:t>
      </w:r>
    </w:p>
    <w:p w14:paraId="0545A6EC" w14:textId="77777777" w:rsidR="009A3577" w:rsidRDefault="00000000">
      <w:r>
        <w:t>This policy is monitored continuously and subject to formal annual review by the Preschool Manager and Proprietor. Next formal review date: 1 September 2027.</w:t>
      </w:r>
    </w:p>
    <w:p w14:paraId="5C215684" w14:textId="77777777" w:rsidR="009A3577" w:rsidRDefault="00000000">
      <w:r>
        <w:br w:type="page"/>
      </w:r>
    </w:p>
    <w:p w14:paraId="0600FB4B" w14:textId="77777777" w:rsidR="009A3577" w:rsidRDefault="00000000">
      <w:pPr>
        <w:pStyle w:val="Heading1"/>
      </w:pPr>
      <w:r>
        <w:t>35. Outdoor Learning and Forest School Policy</w:t>
      </w:r>
    </w:p>
    <w:p w14:paraId="6EB530F4" w14:textId="77777777" w:rsidR="009A3577" w:rsidRDefault="00000000">
      <w:r>
        <w:rPr>
          <w:b/>
          <w:color w:val="646464"/>
          <w:sz w:val="20"/>
        </w:rPr>
        <w:t>Effective Date: 1 September 2026 | Review Date: 1 September 2027</w:t>
      </w:r>
    </w:p>
    <w:p w14:paraId="3823F022" w14:textId="77777777" w:rsidR="009A3577" w:rsidRDefault="00000000">
      <w:r>
        <w:t>This official policy establishes the operational standards, staff responsibilities, and statutory compliance protocols for Lilliput Learners Preschool under the Outdoor Learning and Forest School Policy. All personnel, volunteers, and management are required to adhere strictly to these guidelines.</w:t>
      </w:r>
    </w:p>
    <w:p w14:paraId="55C02CFB" w14:textId="77777777" w:rsidR="009A3577" w:rsidRDefault="00000000">
      <w:pPr>
        <w:pStyle w:val="Heading2"/>
      </w:pPr>
      <w:r>
        <w:t>1. Statement of Intent &amp; Purpose</w:t>
      </w:r>
    </w:p>
    <w:p w14:paraId="488A70D9" w14:textId="77777777" w:rsidR="009A3577" w:rsidRDefault="00000000">
      <w:r>
        <w:t>To ensure absolute compliance with statutory requirements, safeguarding mandates, and best practice standards across all operations at Lilliput Learners Preschool.</w:t>
      </w:r>
    </w:p>
    <w:p w14:paraId="0218229B" w14:textId="77777777" w:rsidR="009A3577" w:rsidRDefault="00000000">
      <w:pPr>
        <w:pStyle w:val="Heading2"/>
      </w:pPr>
      <w:r>
        <w:t>2. Procedures and Implementation</w:t>
      </w:r>
    </w:p>
    <w:p w14:paraId="72F44BC1" w14:textId="77777777" w:rsidR="009A3577" w:rsidRDefault="00000000">
      <w:r>
        <w:t>All staff members are thoroughly briefed during induction and ongoing supervision. Records of implementation and adherence are maintained securely on site and reviewed regularly by management.</w:t>
      </w:r>
    </w:p>
    <w:p w14:paraId="210B14D7" w14:textId="77777777" w:rsidR="009A3577" w:rsidRDefault="00000000">
      <w:pPr>
        <w:pStyle w:val="Heading2"/>
      </w:pPr>
      <w:r>
        <w:t>3. Monitoring and Review</w:t>
      </w:r>
    </w:p>
    <w:p w14:paraId="412B51E6" w14:textId="77777777" w:rsidR="009A3577" w:rsidRDefault="00000000">
      <w:r>
        <w:t>This policy is monitored continuously and subject to formal annual review by the Preschool Manager and Proprietor. Next formal review date: 1 September 2027.</w:t>
      </w:r>
    </w:p>
    <w:p w14:paraId="35F1BD92" w14:textId="77777777" w:rsidR="009A3577" w:rsidRDefault="00000000">
      <w:r>
        <w:br w:type="page"/>
      </w:r>
    </w:p>
    <w:p w14:paraId="16025BCA" w14:textId="77777777" w:rsidR="009A3577" w:rsidRDefault="00000000">
      <w:pPr>
        <w:pStyle w:val="Heading1"/>
      </w:pPr>
      <w:r>
        <w:t>36. Rest, Sleep and Quiet Time Policy</w:t>
      </w:r>
    </w:p>
    <w:p w14:paraId="73880E60" w14:textId="77777777" w:rsidR="009A3577" w:rsidRDefault="00000000">
      <w:r>
        <w:rPr>
          <w:b/>
          <w:color w:val="646464"/>
          <w:sz w:val="20"/>
        </w:rPr>
        <w:t>Effective Date: 1 September 2026 | Review Date: 1 September 2027</w:t>
      </w:r>
    </w:p>
    <w:p w14:paraId="459C6958" w14:textId="77777777" w:rsidR="009A3577" w:rsidRDefault="00000000">
      <w:r>
        <w:t>This official policy establishes the operational standards, staff responsibilities, and statutory compliance protocols for Lilliput Learners Preschool under the Rest, Sleep and Quiet Time Policy. All personnel, volunteers, and management are required to adhere strictly to these guidelines.</w:t>
      </w:r>
    </w:p>
    <w:p w14:paraId="1C82212C" w14:textId="77777777" w:rsidR="009A3577" w:rsidRDefault="00000000">
      <w:pPr>
        <w:pStyle w:val="Heading2"/>
      </w:pPr>
      <w:r>
        <w:t>1. Statement of Intent &amp; Purpose</w:t>
      </w:r>
    </w:p>
    <w:p w14:paraId="473F6469" w14:textId="77777777" w:rsidR="009A3577" w:rsidRDefault="00000000">
      <w:r>
        <w:t>To ensure absolute compliance with statutory requirements, safeguarding mandates, and best practice standards across all operations at Lilliput Learners Preschool.</w:t>
      </w:r>
    </w:p>
    <w:p w14:paraId="65FBD84C" w14:textId="77777777" w:rsidR="009A3577" w:rsidRDefault="00000000">
      <w:pPr>
        <w:pStyle w:val="Heading2"/>
      </w:pPr>
      <w:r>
        <w:t>2. Procedures and Implementation</w:t>
      </w:r>
    </w:p>
    <w:p w14:paraId="09A5D8BE" w14:textId="77777777" w:rsidR="009A3577" w:rsidRDefault="00000000">
      <w:r>
        <w:t>All staff members are thoroughly briefed during induction and ongoing supervision. Records of implementation and adherence are maintained securely on site and reviewed regularly by management.</w:t>
      </w:r>
    </w:p>
    <w:p w14:paraId="3A78B18A" w14:textId="77777777" w:rsidR="009A3577" w:rsidRDefault="00000000">
      <w:pPr>
        <w:pStyle w:val="Heading2"/>
      </w:pPr>
      <w:r>
        <w:t>3. Monitoring and Review</w:t>
      </w:r>
    </w:p>
    <w:p w14:paraId="433FBDAB" w14:textId="77777777" w:rsidR="009A3577" w:rsidRDefault="00000000">
      <w:r>
        <w:t>This policy is monitored continuously and subject to formal annual review by the Preschool Manager and Proprietor. Next formal review date: 1 September 2027.</w:t>
      </w:r>
    </w:p>
    <w:p w14:paraId="7F5C2E58" w14:textId="77777777" w:rsidR="009A3577" w:rsidRDefault="00000000">
      <w:r>
        <w:br w:type="page"/>
      </w:r>
    </w:p>
    <w:p w14:paraId="0E6AF563" w14:textId="77777777" w:rsidR="009A3577" w:rsidRDefault="00000000">
      <w:pPr>
        <w:pStyle w:val="Heading1"/>
      </w:pPr>
      <w:r>
        <w:t>37. Supporting EAL (English as an Additional Language) Policy</w:t>
      </w:r>
    </w:p>
    <w:p w14:paraId="38547D67" w14:textId="77777777" w:rsidR="009A3577" w:rsidRDefault="00000000">
      <w:r>
        <w:rPr>
          <w:b/>
          <w:color w:val="646464"/>
          <w:sz w:val="20"/>
        </w:rPr>
        <w:t>Effective Date: 1 September 2026 | Review Date: 1 September 2027</w:t>
      </w:r>
    </w:p>
    <w:p w14:paraId="1C5BB93A" w14:textId="77777777" w:rsidR="009A3577" w:rsidRDefault="00000000">
      <w:r>
        <w:t>This official policy establishes the operational standards, staff responsibilities, and statutory compliance protocols for Lilliput Learners Preschool under the Supporting EAL (English as an Additional Language) Policy. All personnel, volunteers, and management are required to adhere strictly to these guidelines.</w:t>
      </w:r>
    </w:p>
    <w:p w14:paraId="05DDB3A0" w14:textId="77777777" w:rsidR="009A3577" w:rsidRDefault="00000000">
      <w:pPr>
        <w:pStyle w:val="Heading2"/>
      </w:pPr>
      <w:r>
        <w:t>1. Statement of Intent &amp; Purpose</w:t>
      </w:r>
    </w:p>
    <w:p w14:paraId="2540B487" w14:textId="77777777" w:rsidR="009A3577" w:rsidRDefault="00000000">
      <w:r>
        <w:t>To ensure absolute compliance with statutory requirements, safeguarding mandates, and best practice standards across all operations at Lilliput Learners Preschool.</w:t>
      </w:r>
    </w:p>
    <w:p w14:paraId="3E5A69BF" w14:textId="77777777" w:rsidR="009A3577" w:rsidRDefault="00000000">
      <w:pPr>
        <w:pStyle w:val="Heading2"/>
      </w:pPr>
      <w:r>
        <w:t>2. Procedures and Implementation</w:t>
      </w:r>
    </w:p>
    <w:p w14:paraId="2D97A1E6" w14:textId="77777777" w:rsidR="009A3577" w:rsidRDefault="00000000">
      <w:r>
        <w:t>All staff members are thoroughly briefed during induction and ongoing supervision. Records of implementation and adherence are maintained securely on site and reviewed regularly by management.</w:t>
      </w:r>
    </w:p>
    <w:p w14:paraId="2D2AC268" w14:textId="77777777" w:rsidR="009A3577" w:rsidRDefault="00000000">
      <w:pPr>
        <w:pStyle w:val="Heading2"/>
      </w:pPr>
      <w:r>
        <w:t>3. Monitoring and Review</w:t>
      </w:r>
    </w:p>
    <w:p w14:paraId="5C70DF0E" w14:textId="77777777" w:rsidR="009A3577" w:rsidRDefault="00000000">
      <w:r>
        <w:t>This policy is monitored continuously and subject to formal annual review by the Preschool Manager and Proprietor. Next formal review date: 1 September 2027.</w:t>
      </w:r>
    </w:p>
    <w:p w14:paraId="7129FCAA" w14:textId="77777777" w:rsidR="009A3577" w:rsidRDefault="00000000">
      <w:r>
        <w:br w:type="page"/>
      </w:r>
    </w:p>
    <w:p w14:paraId="72CF0B21" w14:textId="77777777" w:rsidR="009A3577" w:rsidRDefault="00000000">
      <w:pPr>
        <w:pStyle w:val="Heading1"/>
      </w:pPr>
      <w:r>
        <w:t>38. Promoting Independence and Self-Care Policy</w:t>
      </w:r>
    </w:p>
    <w:p w14:paraId="0BEAD71E" w14:textId="77777777" w:rsidR="009A3577" w:rsidRDefault="00000000">
      <w:r>
        <w:rPr>
          <w:b/>
          <w:color w:val="646464"/>
          <w:sz w:val="20"/>
        </w:rPr>
        <w:t>Effective Date: 1 September 2026 | Review Date: 1 September 2027</w:t>
      </w:r>
    </w:p>
    <w:p w14:paraId="4B4B638D" w14:textId="77777777" w:rsidR="009A3577" w:rsidRDefault="00000000">
      <w:r>
        <w:t>This official policy establishes the operational standards, staff responsibilities, and statutory compliance protocols for Lilliput Learners Preschool under the Promoting Independence and Self-Care Policy. All personnel, volunteers, and management are required to adhere strictly to these guidelines.</w:t>
      </w:r>
    </w:p>
    <w:p w14:paraId="26370745" w14:textId="77777777" w:rsidR="009A3577" w:rsidRDefault="00000000">
      <w:pPr>
        <w:pStyle w:val="Heading2"/>
      </w:pPr>
      <w:r>
        <w:t>1. Statement of Intent &amp; Purpose</w:t>
      </w:r>
    </w:p>
    <w:p w14:paraId="281E9CE3" w14:textId="77777777" w:rsidR="009A3577" w:rsidRDefault="00000000">
      <w:r>
        <w:t>To ensure absolute compliance with statutory requirements, safeguarding mandates, and best practice standards across all operations at Lilliput Learners Preschool.</w:t>
      </w:r>
    </w:p>
    <w:p w14:paraId="39757A7F" w14:textId="77777777" w:rsidR="009A3577" w:rsidRDefault="00000000">
      <w:pPr>
        <w:pStyle w:val="Heading2"/>
      </w:pPr>
      <w:r>
        <w:t>2. Procedures and Implementation</w:t>
      </w:r>
    </w:p>
    <w:p w14:paraId="6AE91F4B" w14:textId="77777777" w:rsidR="009A3577" w:rsidRDefault="00000000">
      <w:r>
        <w:t>All staff members are thoroughly briefed during induction and ongoing supervision. Records of implementation and adherence are maintained securely on site and reviewed regularly by management.</w:t>
      </w:r>
    </w:p>
    <w:p w14:paraId="0C627331" w14:textId="77777777" w:rsidR="009A3577" w:rsidRDefault="00000000">
      <w:pPr>
        <w:pStyle w:val="Heading2"/>
      </w:pPr>
      <w:r>
        <w:t>3. Monitoring and Review</w:t>
      </w:r>
    </w:p>
    <w:p w14:paraId="37E9C457" w14:textId="77777777" w:rsidR="009A3577" w:rsidRDefault="00000000">
      <w:r>
        <w:t>This policy is monitored continuously and subject to formal annual review by the Preschool Manager and Proprietor. Next formal review date: 1 September 2027.</w:t>
      </w:r>
    </w:p>
    <w:p w14:paraId="1E1E1786" w14:textId="77777777" w:rsidR="009A3577" w:rsidRDefault="00000000">
      <w:r>
        <w:br w:type="page"/>
      </w:r>
    </w:p>
    <w:p w14:paraId="037921F6" w14:textId="77777777" w:rsidR="009A3577" w:rsidRDefault="00000000">
      <w:pPr>
        <w:pStyle w:val="Heading1"/>
      </w:pPr>
      <w:r>
        <w:t>39. Admissions and Registration Policy</w:t>
      </w:r>
    </w:p>
    <w:p w14:paraId="59188945" w14:textId="77777777" w:rsidR="009A3577" w:rsidRDefault="00000000">
      <w:r>
        <w:rPr>
          <w:b/>
          <w:color w:val="646464"/>
          <w:sz w:val="20"/>
        </w:rPr>
        <w:t>Effective Date: 1 September 2026 | Review Date: 1 September 2027</w:t>
      </w:r>
    </w:p>
    <w:p w14:paraId="1D571108" w14:textId="77777777" w:rsidR="009A3577" w:rsidRDefault="00000000">
      <w:r>
        <w:t>This official policy establishes the operational standards, staff responsibilities, and statutory compliance protocols for Lilliput Learners Preschool under the Admissions and Registration Policy. All personnel, volunteers, and management are required to adhere strictly to these guidelines.</w:t>
      </w:r>
    </w:p>
    <w:p w14:paraId="30352823" w14:textId="77777777" w:rsidR="009A3577" w:rsidRDefault="00000000">
      <w:pPr>
        <w:pStyle w:val="Heading2"/>
      </w:pPr>
      <w:r>
        <w:t>1. Statement of Intent &amp; Purpose</w:t>
      </w:r>
    </w:p>
    <w:p w14:paraId="0251A474" w14:textId="77777777" w:rsidR="009A3577" w:rsidRDefault="00000000">
      <w:r>
        <w:t>To ensure absolute compliance with statutory requirements, safeguarding mandates, and best practice standards across all operations at Lilliput Learners Preschool.</w:t>
      </w:r>
    </w:p>
    <w:p w14:paraId="111EB289" w14:textId="77777777" w:rsidR="009A3577" w:rsidRDefault="00000000">
      <w:pPr>
        <w:pStyle w:val="Heading2"/>
      </w:pPr>
      <w:r>
        <w:t>2. Procedures and Implementation</w:t>
      </w:r>
    </w:p>
    <w:p w14:paraId="61B3F4AE" w14:textId="77777777" w:rsidR="009A3577" w:rsidRDefault="00000000">
      <w:r>
        <w:t>All staff members are thoroughly briefed during induction and ongoing supervision. Records of implementation and adherence are maintained securely on site and reviewed regularly by management.</w:t>
      </w:r>
    </w:p>
    <w:p w14:paraId="4FBEAFEB" w14:textId="77777777" w:rsidR="009A3577" w:rsidRDefault="00000000">
      <w:pPr>
        <w:pStyle w:val="Heading2"/>
      </w:pPr>
      <w:r>
        <w:t>3. Monitoring and Review</w:t>
      </w:r>
    </w:p>
    <w:p w14:paraId="616FBC1C" w14:textId="77777777" w:rsidR="009A3577" w:rsidRDefault="00000000">
      <w:r>
        <w:t>This policy is monitored continuously and subject to formal annual review by the Preschool Manager and Proprietor. Next formal review date: 1 September 2027.</w:t>
      </w:r>
    </w:p>
    <w:p w14:paraId="16907409" w14:textId="77777777" w:rsidR="009A3577" w:rsidRDefault="00000000">
      <w:r>
        <w:br w:type="page"/>
      </w:r>
    </w:p>
    <w:p w14:paraId="3EC04C65" w14:textId="77777777" w:rsidR="009A3577" w:rsidRDefault="00000000">
      <w:pPr>
        <w:pStyle w:val="Heading1"/>
      </w:pPr>
      <w:r>
        <w:t>40. Fees, Funding and Payment Policy</w:t>
      </w:r>
    </w:p>
    <w:p w14:paraId="723F9156" w14:textId="77777777" w:rsidR="009A3577" w:rsidRDefault="00000000">
      <w:r>
        <w:rPr>
          <w:b/>
          <w:color w:val="646464"/>
          <w:sz w:val="20"/>
        </w:rPr>
        <w:t>Effective Date: 1 September 2026 | Review Date: 1 September 2027</w:t>
      </w:r>
    </w:p>
    <w:p w14:paraId="0BB7777F" w14:textId="77777777" w:rsidR="009A3577" w:rsidRDefault="00000000">
      <w:r>
        <w:t>This official policy establishes the operational standards, staff responsibilities, and statutory compliance protocols for Lilliput Learners Preschool under the Fees, Funding and Payment Policy. All personnel, volunteers, and management are required to adhere strictly to these guidelines.</w:t>
      </w:r>
    </w:p>
    <w:p w14:paraId="18700227" w14:textId="77777777" w:rsidR="009A3577" w:rsidRDefault="00000000">
      <w:pPr>
        <w:pStyle w:val="Heading2"/>
      </w:pPr>
      <w:r>
        <w:t>1. Statement of Intent &amp; Purpose</w:t>
      </w:r>
    </w:p>
    <w:p w14:paraId="1C0F62CB" w14:textId="77777777" w:rsidR="009A3577" w:rsidRDefault="00000000">
      <w:r>
        <w:t>To ensure absolute compliance with statutory requirements, safeguarding mandates, and best practice standards across all operations at Lilliput Learners Preschool.</w:t>
      </w:r>
    </w:p>
    <w:p w14:paraId="154DCA4F" w14:textId="77777777" w:rsidR="009A3577" w:rsidRDefault="00000000">
      <w:pPr>
        <w:pStyle w:val="Heading2"/>
      </w:pPr>
      <w:r>
        <w:t>2. Procedures and Implementation</w:t>
      </w:r>
    </w:p>
    <w:p w14:paraId="6456F3E4" w14:textId="77777777" w:rsidR="009A3577" w:rsidRDefault="00000000">
      <w:r>
        <w:t>All staff members are thoroughly briefed during induction and ongoing supervision. Records of implementation and adherence are maintained securely on site and reviewed regularly by management.</w:t>
      </w:r>
    </w:p>
    <w:p w14:paraId="76D75EB2" w14:textId="77777777" w:rsidR="009A3577" w:rsidRDefault="00000000">
      <w:pPr>
        <w:pStyle w:val="Heading2"/>
      </w:pPr>
      <w:r>
        <w:t>3. Monitoring and Review</w:t>
      </w:r>
    </w:p>
    <w:p w14:paraId="3F58CFF2" w14:textId="77777777" w:rsidR="009A3577" w:rsidRDefault="00000000">
      <w:r>
        <w:t>This policy is monitored continuously and subject to formal annual review by the Preschool Manager and Proprietor. Next formal review date: 1 September 2027.</w:t>
      </w:r>
    </w:p>
    <w:p w14:paraId="4D2E455D" w14:textId="77777777" w:rsidR="009A3577" w:rsidRDefault="00000000">
      <w:r>
        <w:br w:type="page"/>
      </w:r>
    </w:p>
    <w:p w14:paraId="0327E172" w14:textId="77777777" w:rsidR="009A3577" w:rsidRDefault="00000000">
      <w:pPr>
        <w:pStyle w:val="Heading1"/>
      </w:pPr>
      <w:r>
        <w:t>41. Attendance, Punctuality and Absence Policy</w:t>
      </w:r>
    </w:p>
    <w:p w14:paraId="2C009208" w14:textId="77777777" w:rsidR="009A3577" w:rsidRDefault="00000000">
      <w:r>
        <w:rPr>
          <w:b/>
          <w:color w:val="646464"/>
          <w:sz w:val="20"/>
        </w:rPr>
        <w:t>Effective Date: 1 September 2026 | Review Date: 1 September 2027</w:t>
      </w:r>
    </w:p>
    <w:p w14:paraId="2CEEF88E" w14:textId="77777777" w:rsidR="009A3577" w:rsidRDefault="00000000">
      <w:r>
        <w:t>This official policy establishes the operational standards, staff responsibilities, and statutory compliance protocols for Lilliput Learners Preschool under the Attendance, Punctuality and Absence Policy. All personnel, volunteers, and management are required to adhere strictly to these guidelines.</w:t>
      </w:r>
    </w:p>
    <w:p w14:paraId="66C21A2E" w14:textId="77777777" w:rsidR="009A3577" w:rsidRDefault="00000000">
      <w:pPr>
        <w:pStyle w:val="Heading2"/>
      </w:pPr>
      <w:r>
        <w:t>1. Statement of Intent &amp; Purpose</w:t>
      </w:r>
    </w:p>
    <w:p w14:paraId="3F733233" w14:textId="77777777" w:rsidR="009A3577" w:rsidRDefault="00000000">
      <w:r>
        <w:t>To ensure absolute compliance with statutory requirements, safeguarding mandates, and best practice standards across all operations at Lilliput Learners Preschool.</w:t>
      </w:r>
    </w:p>
    <w:p w14:paraId="4159A00D" w14:textId="77777777" w:rsidR="009A3577" w:rsidRDefault="00000000">
      <w:pPr>
        <w:pStyle w:val="Heading2"/>
      </w:pPr>
      <w:r>
        <w:t>2. Procedures and Implementation</w:t>
      </w:r>
    </w:p>
    <w:p w14:paraId="265DDE2D" w14:textId="77777777" w:rsidR="009A3577" w:rsidRDefault="00000000">
      <w:r>
        <w:t>All staff members are thoroughly briefed during induction and ongoing supervision. Records of implementation and adherence are maintained securely on site and reviewed regularly by management.</w:t>
      </w:r>
    </w:p>
    <w:p w14:paraId="7A213AD0" w14:textId="77777777" w:rsidR="009A3577" w:rsidRDefault="00000000">
      <w:pPr>
        <w:pStyle w:val="Heading2"/>
      </w:pPr>
      <w:r>
        <w:t>3. Monitoring and Review</w:t>
      </w:r>
    </w:p>
    <w:p w14:paraId="67DA2EED" w14:textId="77777777" w:rsidR="009A3577" w:rsidRDefault="00000000">
      <w:r>
        <w:t>This policy is monitored continuously and subject to formal annual review by the Preschool Manager and Proprietor. Next formal review date: 1 September 2027.</w:t>
      </w:r>
    </w:p>
    <w:p w14:paraId="3847338F" w14:textId="77777777" w:rsidR="009A3577" w:rsidRDefault="00000000">
      <w:r>
        <w:br w:type="page"/>
      </w:r>
    </w:p>
    <w:p w14:paraId="1E91B949" w14:textId="77777777" w:rsidR="009A3577" w:rsidRDefault="00000000">
      <w:pPr>
        <w:pStyle w:val="Heading1"/>
      </w:pPr>
      <w:r>
        <w:t>42. Key Person System Policy</w:t>
      </w:r>
    </w:p>
    <w:p w14:paraId="577DF22C" w14:textId="77777777" w:rsidR="009A3577" w:rsidRDefault="00000000">
      <w:r>
        <w:rPr>
          <w:b/>
          <w:color w:val="646464"/>
          <w:sz w:val="20"/>
        </w:rPr>
        <w:t>Effective Date: 1 September 2026 | Review Date: 1 September 2027</w:t>
      </w:r>
    </w:p>
    <w:p w14:paraId="15C054DC" w14:textId="77777777" w:rsidR="009A3577" w:rsidRDefault="00000000">
      <w:r>
        <w:t>This official policy establishes the operational standards, staff responsibilities, and statutory compliance protocols for Lilliput Learners Preschool under the Key Person System Policy. All personnel, volunteers, and management are required to adhere strictly to these guidelines.</w:t>
      </w:r>
    </w:p>
    <w:p w14:paraId="0E842B5B" w14:textId="77777777" w:rsidR="009A3577" w:rsidRDefault="00000000">
      <w:pPr>
        <w:pStyle w:val="Heading2"/>
      </w:pPr>
      <w:r>
        <w:t>1. Statement of Intent &amp; Purpose</w:t>
      </w:r>
    </w:p>
    <w:p w14:paraId="7F7FF4B5" w14:textId="77777777" w:rsidR="009A3577" w:rsidRDefault="00000000">
      <w:r>
        <w:t>To ensure absolute compliance with statutory requirements, safeguarding mandates, and best practice standards across all operations at Lilliput Learners Preschool.</w:t>
      </w:r>
    </w:p>
    <w:p w14:paraId="6ADBBBDD" w14:textId="77777777" w:rsidR="009A3577" w:rsidRDefault="00000000">
      <w:pPr>
        <w:pStyle w:val="Heading2"/>
      </w:pPr>
      <w:r>
        <w:t>2. Procedures and Implementation</w:t>
      </w:r>
    </w:p>
    <w:p w14:paraId="0AC2EDB9" w14:textId="77777777" w:rsidR="009A3577" w:rsidRDefault="00000000">
      <w:r>
        <w:t>All staff members are thoroughly briefed during induction and ongoing supervision. Records of implementation and adherence are maintained securely on site and reviewed regularly by management.</w:t>
      </w:r>
    </w:p>
    <w:p w14:paraId="73267CFD" w14:textId="77777777" w:rsidR="009A3577" w:rsidRDefault="00000000">
      <w:pPr>
        <w:pStyle w:val="Heading2"/>
      </w:pPr>
      <w:r>
        <w:t>3. Monitoring and Review</w:t>
      </w:r>
    </w:p>
    <w:p w14:paraId="2695EB40" w14:textId="77777777" w:rsidR="009A3577" w:rsidRDefault="00000000">
      <w:r>
        <w:t>This policy is monitored continuously and subject to formal annual review by the Preschool Manager and Proprietor. Next formal review date: 1 September 2027.</w:t>
      </w:r>
    </w:p>
    <w:p w14:paraId="606EBAF5" w14:textId="77777777" w:rsidR="009A3577" w:rsidRDefault="00000000">
      <w:r>
        <w:br w:type="page"/>
      </w:r>
    </w:p>
    <w:p w14:paraId="13073880" w14:textId="77777777" w:rsidR="009A3577" w:rsidRDefault="00000000">
      <w:pPr>
        <w:pStyle w:val="Heading1"/>
      </w:pPr>
      <w:r>
        <w:t>43. Student Placement and Volunteer Policy</w:t>
      </w:r>
    </w:p>
    <w:p w14:paraId="170F44C5" w14:textId="77777777" w:rsidR="009A3577" w:rsidRDefault="00000000">
      <w:r>
        <w:rPr>
          <w:b/>
          <w:color w:val="646464"/>
          <w:sz w:val="20"/>
        </w:rPr>
        <w:t>Effective Date: 1 September 2026 | Review Date: 1 September 2027</w:t>
      </w:r>
    </w:p>
    <w:p w14:paraId="3FCDEADF" w14:textId="77777777" w:rsidR="009A3577" w:rsidRDefault="00000000">
      <w:r>
        <w:t>This official policy establishes the operational standards, staff responsibilities, and statutory compliance protocols for Lilliput Learners Preschool under the Student Placement and Volunteer Policy. All personnel, volunteers, and management are required to adhere strictly to these guidelines.</w:t>
      </w:r>
    </w:p>
    <w:p w14:paraId="59B8346B" w14:textId="77777777" w:rsidR="009A3577" w:rsidRDefault="00000000">
      <w:pPr>
        <w:pStyle w:val="Heading2"/>
      </w:pPr>
      <w:r>
        <w:t>1. Statement of Intent &amp; Purpose</w:t>
      </w:r>
    </w:p>
    <w:p w14:paraId="0ABFCAAF" w14:textId="77777777" w:rsidR="009A3577" w:rsidRDefault="00000000">
      <w:r>
        <w:t>To ensure absolute compliance with statutory requirements, safeguarding mandates, and best practice standards across all operations at Lilliput Learners Preschool.</w:t>
      </w:r>
    </w:p>
    <w:p w14:paraId="7ACF5EEE" w14:textId="77777777" w:rsidR="009A3577" w:rsidRDefault="00000000">
      <w:pPr>
        <w:pStyle w:val="Heading2"/>
      </w:pPr>
      <w:r>
        <w:t>2. Procedures and Implementation</w:t>
      </w:r>
    </w:p>
    <w:p w14:paraId="0079DBFB" w14:textId="77777777" w:rsidR="009A3577" w:rsidRDefault="00000000">
      <w:r>
        <w:t>All staff members are thoroughly briefed during induction and ongoing supervision. Records of implementation and adherence are maintained securely on site and reviewed regularly by management.</w:t>
      </w:r>
    </w:p>
    <w:p w14:paraId="5DF8E7E6" w14:textId="77777777" w:rsidR="009A3577" w:rsidRDefault="00000000">
      <w:pPr>
        <w:pStyle w:val="Heading2"/>
      </w:pPr>
      <w:r>
        <w:t>3. Monitoring and Review</w:t>
      </w:r>
    </w:p>
    <w:p w14:paraId="30E559D8" w14:textId="77777777" w:rsidR="009A3577" w:rsidRDefault="00000000">
      <w:r>
        <w:t>This policy is monitored continuously and subject to formal annual review by the Preschool Manager and Proprietor. Next formal review date: 1 September 2027.</w:t>
      </w:r>
    </w:p>
    <w:p w14:paraId="69B47900" w14:textId="77777777" w:rsidR="009A3577" w:rsidRDefault="00000000">
      <w:r>
        <w:br w:type="page"/>
      </w:r>
    </w:p>
    <w:p w14:paraId="4B92E46B" w14:textId="77777777" w:rsidR="009A3577" w:rsidRDefault="00000000">
      <w:pPr>
        <w:pStyle w:val="Heading1"/>
      </w:pPr>
      <w:r>
        <w:t>44. Staff Recruitment, Vetting and DBS Policy</w:t>
      </w:r>
    </w:p>
    <w:p w14:paraId="5D51BA88" w14:textId="77777777" w:rsidR="009A3577" w:rsidRDefault="00000000">
      <w:r>
        <w:rPr>
          <w:b/>
          <w:color w:val="646464"/>
          <w:sz w:val="20"/>
        </w:rPr>
        <w:t>Effective Date: 1 September 2026 | Review Date: 1 September 2027</w:t>
      </w:r>
    </w:p>
    <w:p w14:paraId="236DCF32" w14:textId="77777777" w:rsidR="009A3577" w:rsidRDefault="00000000">
      <w:r>
        <w:t>This official policy establishes the operational standards, staff responsibilities, and statutory compliance protocols for Lilliput Learners Preschool under the Staff Recruitment, Vetting and DBS Policy. All personnel, volunteers, and management are required to adhere strictly to these guidelines.</w:t>
      </w:r>
    </w:p>
    <w:p w14:paraId="46B27832" w14:textId="77777777" w:rsidR="009A3577" w:rsidRDefault="00000000">
      <w:pPr>
        <w:pStyle w:val="Heading2"/>
      </w:pPr>
      <w:r>
        <w:t>1. Statement of Intent &amp; Purpose</w:t>
      </w:r>
    </w:p>
    <w:p w14:paraId="47B9F77F" w14:textId="77777777" w:rsidR="009A3577" w:rsidRDefault="00000000">
      <w:r>
        <w:t>To ensure absolute compliance with statutory requirements, safeguarding mandates, and best practice standards across all operations at Lilliput Learners Preschool.</w:t>
      </w:r>
    </w:p>
    <w:p w14:paraId="44589B1A" w14:textId="77777777" w:rsidR="009A3577" w:rsidRDefault="00000000">
      <w:pPr>
        <w:pStyle w:val="Heading2"/>
      </w:pPr>
      <w:r>
        <w:t>2. Procedures and Implementation</w:t>
      </w:r>
    </w:p>
    <w:p w14:paraId="164317BA" w14:textId="77777777" w:rsidR="009A3577" w:rsidRDefault="00000000">
      <w:r>
        <w:t>All staff members are thoroughly briefed during induction and ongoing supervision. Records of implementation and adherence are maintained securely on site and reviewed regularly by management.</w:t>
      </w:r>
    </w:p>
    <w:p w14:paraId="26F207E6" w14:textId="77777777" w:rsidR="009A3577" w:rsidRDefault="00000000">
      <w:pPr>
        <w:pStyle w:val="Heading2"/>
      </w:pPr>
      <w:r>
        <w:t>3. Monitoring and Review</w:t>
      </w:r>
    </w:p>
    <w:p w14:paraId="2E25C76A" w14:textId="77777777" w:rsidR="009A3577" w:rsidRDefault="00000000">
      <w:r>
        <w:t>This policy is monitored continuously and subject to formal annual review by the Preschool Manager and Proprietor. Next formal review date: 1 September 2027.</w:t>
      </w:r>
    </w:p>
    <w:p w14:paraId="7A600492" w14:textId="77777777" w:rsidR="009A3577" w:rsidRDefault="00000000">
      <w:r>
        <w:br w:type="page"/>
      </w:r>
    </w:p>
    <w:p w14:paraId="509C57CA" w14:textId="77777777" w:rsidR="009A3577" w:rsidRDefault="00000000">
      <w:pPr>
        <w:pStyle w:val="Heading1"/>
      </w:pPr>
      <w:r>
        <w:t>45. Staff Induction and Training Policy</w:t>
      </w:r>
    </w:p>
    <w:p w14:paraId="18E0B8E0" w14:textId="77777777" w:rsidR="009A3577" w:rsidRDefault="00000000">
      <w:r>
        <w:rPr>
          <w:b/>
          <w:color w:val="646464"/>
          <w:sz w:val="20"/>
        </w:rPr>
        <w:t>Effective Date: 1 September 2026 | Review Date: 1 September 2027</w:t>
      </w:r>
    </w:p>
    <w:p w14:paraId="002130B6" w14:textId="77777777" w:rsidR="009A3577" w:rsidRDefault="00000000">
      <w:r>
        <w:t>This official policy establishes the operational standards, staff responsibilities, and statutory compliance protocols for Lilliput Learners Preschool under the Staff Induction and Training Policy. All personnel, volunteers, and management are required to adhere strictly to these guidelines.</w:t>
      </w:r>
    </w:p>
    <w:p w14:paraId="14566699" w14:textId="77777777" w:rsidR="009A3577" w:rsidRDefault="00000000">
      <w:pPr>
        <w:pStyle w:val="Heading2"/>
      </w:pPr>
      <w:r>
        <w:t>1. Statement of Intent &amp; Purpose</w:t>
      </w:r>
    </w:p>
    <w:p w14:paraId="51AAC310" w14:textId="77777777" w:rsidR="009A3577" w:rsidRDefault="00000000">
      <w:r>
        <w:t>To ensure absolute compliance with statutory requirements, safeguarding mandates, and best practice standards across all operations at Lilliput Learners Preschool.</w:t>
      </w:r>
    </w:p>
    <w:p w14:paraId="1F0A2FF6" w14:textId="77777777" w:rsidR="009A3577" w:rsidRDefault="00000000">
      <w:pPr>
        <w:pStyle w:val="Heading2"/>
      </w:pPr>
      <w:r>
        <w:t>2. Procedures and Implementation</w:t>
      </w:r>
    </w:p>
    <w:p w14:paraId="64DEB2AD" w14:textId="77777777" w:rsidR="009A3577" w:rsidRDefault="00000000">
      <w:r>
        <w:t>All staff members are thoroughly briefed during induction and ongoing supervision. Records of implementation and adherence are maintained securely on site and reviewed regularly by management.</w:t>
      </w:r>
    </w:p>
    <w:p w14:paraId="4E798D89" w14:textId="77777777" w:rsidR="009A3577" w:rsidRDefault="00000000">
      <w:pPr>
        <w:pStyle w:val="Heading2"/>
      </w:pPr>
      <w:r>
        <w:t>3. Monitoring and Review</w:t>
      </w:r>
    </w:p>
    <w:p w14:paraId="28378FD2" w14:textId="77777777" w:rsidR="009A3577" w:rsidRDefault="00000000">
      <w:r>
        <w:t>This policy is monitored continuously and subject to formal annual review by the Preschool Manager and Proprietor. Next formal review date: 1 September 2027.</w:t>
      </w:r>
    </w:p>
    <w:p w14:paraId="769536F7" w14:textId="77777777" w:rsidR="009A3577" w:rsidRDefault="00000000">
      <w:r>
        <w:br w:type="page"/>
      </w:r>
    </w:p>
    <w:p w14:paraId="556A8D1A" w14:textId="77777777" w:rsidR="009A3577" w:rsidRDefault="00000000">
      <w:pPr>
        <w:pStyle w:val="Heading1"/>
      </w:pPr>
      <w:r>
        <w:t>46. Staff Supervision, Appraisal and CPD Policy</w:t>
      </w:r>
    </w:p>
    <w:p w14:paraId="73B40385" w14:textId="77777777" w:rsidR="009A3577" w:rsidRDefault="00000000">
      <w:r>
        <w:rPr>
          <w:b/>
          <w:color w:val="646464"/>
          <w:sz w:val="20"/>
        </w:rPr>
        <w:t>Effective Date: 1 September 2026 | Review Date: 1 September 2027</w:t>
      </w:r>
    </w:p>
    <w:p w14:paraId="5BF806CB" w14:textId="77777777" w:rsidR="009A3577" w:rsidRDefault="00000000">
      <w:r>
        <w:t>This official policy establishes the operational standards, staff responsibilities, and statutory compliance protocols for Lilliput Learners Preschool under the Staff Supervision, Appraisal and CPD Policy. All personnel, volunteers, and management are required to adhere strictly to these guidelines.</w:t>
      </w:r>
    </w:p>
    <w:p w14:paraId="55296ECA" w14:textId="77777777" w:rsidR="009A3577" w:rsidRDefault="00000000">
      <w:pPr>
        <w:pStyle w:val="Heading2"/>
      </w:pPr>
      <w:r>
        <w:t>1. Statement of Intent &amp; Purpose</w:t>
      </w:r>
    </w:p>
    <w:p w14:paraId="318C1B71" w14:textId="77777777" w:rsidR="009A3577" w:rsidRDefault="00000000">
      <w:r>
        <w:t>To ensure absolute compliance with statutory requirements, safeguarding mandates, and best practice standards across all operations at Lilliput Learners Preschool.</w:t>
      </w:r>
    </w:p>
    <w:p w14:paraId="670592A5" w14:textId="77777777" w:rsidR="009A3577" w:rsidRDefault="00000000">
      <w:pPr>
        <w:pStyle w:val="Heading2"/>
      </w:pPr>
      <w:r>
        <w:t>2. Procedures and Implementation</w:t>
      </w:r>
    </w:p>
    <w:p w14:paraId="5BD7A08D" w14:textId="77777777" w:rsidR="009A3577" w:rsidRDefault="00000000">
      <w:r>
        <w:t>All staff members are thoroughly briefed during induction and ongoing supervision. Records of implementation and adherence are maintained securely on site and reviewed regularly by management.</w:t>
      </w:r>
    </w:p>
    <w:p w14:paraId="7A372E8A" w14:textId="77777777" w:rsidR="009A3577" w:rsidRDefault="00000000">
      <w:pPr>
        <w:pStyle w:val="Heading2"/>
      </w:pPr>
      <w:r>
        <w:t>3. Monitoring and Review</w:t>
      </w:r>
    </w:p>
    <w:p w14:paraId="320164DC" w14:textId="77777777" w:rsidR="009A3577" w:rsidRDefault="00000000">
      <w:r>
        <w:t>This policy is monitored continuously and subject to formal annual review by the Preschool Manager and Proprietor. Next formal review date: 1 September 2027.</w:t>
      </w:r>
    </w:p>
    <w:p w14:paraId="7A872801" w14:textId="77777777" w:rsidR="009A3577" w:rsidRDefault="00000000">
      <w:r>
        <w:br w:type="page"/>
      </w:r>
    </w:p>
    <w:p w14:paraId="2E16B7A2" w14:textId="77777777" w:rsidR="009A3577" w:rsidRDefault="00000000">
      <w:pPr>
        <w:pStyle w:val="Heading1"/>
      </w:pPr>
      <w:r>
        <w:t>47. Staff Code of Conduct and Professional Boundaries Policy</w:t>
      </w:r>
    </w:p>
    <w:p w14:paraId="388F92B3" w14:textId="77777777" w:rsidR="009A3577" w:rsidRDefault="00000000">
      <w:r>
        <w:rPr>
          <w:b/>
          <w:color w:val="646464"/>
          <w:sz w:val="20"/>
        </w:rPr>
        <w:t>Effective Date: 1 September 2026 | Review Date: 1 September 2027</w:t>
      </w:r>
    </w:p>
    <w:p w14:paraId="76FBB67D" w14:textId="77777777" w:rsidR="009A3577" w:rsidRDefault="00000000">
      <w:r>
        <w:t>This official policy establishes the operational standards, staff responsibilities, and statutory compliance protocols for Lilliput Learners Preschool under the Staff Code of Conduct and Professional Boundaries Policy. All personnel, volunteers, and management are required to adhere strictly to these guidelines.</w:t>
      </w:r>
    </w:p>
    <w:p w14:paraId="3194D4F8" w14:textId="77777777" w:rsidR="009A3577" w:rsidRDefault="00000000">
      <w:pPr>
        <w:pStyle w:val="Heading2"/>
      </w:pPr>
      <w:r>
        <w:t>1. Statement of Intent &amp; Purpose</w:t>
      </w:r>
    </w:p>
    <w:p w14:paraId="35BAF5CD" w14:textId="77777777" w:rsidR="009A3577" w:rsidRDefault="00000000">
      <w:r>
        <w:t>To ensure absolute compliance with statutory requirements, safeguarding mandates, and best practice standards across all operations at Lilliput Learners Preschool.</w:t>
      </w:r>
    </w:p>
    <w:p w14:paraId="60748CCB" w14:textId="77777777" w:rsidR="009A3577" w:rsidRDefault="00000000">
      <w:pPr>
        <w:pStyle w:val="Heading2"/>
      </w:pPr>
      <w:r>
        <w:t>2. Procedures and Implementation</w:t>
      </w:r>
    </w:p>
    <w:p w14:paraId="724A20FC" w14:textId="77777777" w:rsidR="009A3577" w:rsidRDefault="00000000">
      <w:r>
        <w:t>All staff members are thoroughly briefed during induction and ongoing supervision. Records of implementation and adherence are maintained securely on site and reviewed regularly by management.</w:t>
      </w:r>
    </w:p>
    <w:p w14:paraId="20E04A33" w14:textId="77777777" w:rsidR="009A3577" w:rsidRDefault="00000000">
      <w:pPr>
        <w:pStyle w:val="Heading2"/>
      </w:pPr>
      <w:r>
        <w:t>3. Monitoring and Review</w:t>
      </w:r>
    </w:p>
    <w:p w14:paraId="578B5A85" w14:textId="77777777" w:rsidR="009A3577" w:rsidRDefault="00000000">
      <w:r>
        <w:t>This policy is monitored continuously and subject to formal annual review by the Preschool Manager and Proprietor. Next formal review date: 1 September 2027.</w:t>
      </w:r>
    </w:p>
    <w:p w14:paraId="181C91E9" w14:textId="77777777" w:rsidR="009A3577" w:rsidRDefault="00000000">
      <w:r>
        <w:br w:type="page"/>
      </w:r>
    </w:p>
    <w:p w14:paraId="1B165936" w14:textId="77777777" w:rsidR="009A3577" w:rsidRDefault="00000000">
      <w:pPr>
        <w:pStyle w:val="Heading1"/>
      </w:pPr>
      <w:r>
        <w:t>48. Staff Well-being, Sickness and Absence Policy</w:t>
      </w:r>
    </w:p>
    <w:p w14:paraId="43691D9F" w14:textId="77777777" w:rsidR="009A3577" w:rsidRDefault="00000000">
      <w:r>
        <w:rPr>
          <w:b/>
          <w:color w:val="646464"/>
          <w:sz w:val="20"/>
        </w:rPr>
        <w:t>Effective Date: 1 September 2026 | Review Date: 1 September 2027</w:t>
      </w:r>
    </w:p>
    <w:p w14:paraId="32A22EA9" w14:textId="77777777" w:rsidR="009A3577" w:rsidRDefault="00000000">
      <w:r>
        <w:t>This official policy establishes the operational standards, staff responsibilities, and statutory compliance protocols for Lilliput Learners Preschool under the Staff Well-being, Sickness and Absence Policy. All personnel, volunteers, and management are required to adhere strictly to these guidelines.</w:t>
      </w:r>
    </w:p>
    <w:p w14:paraId="12E4D154" w14:textId="77777777" w:rsidR="009A3577" w:rsidRDefault="00000000">
      <w:pPr>
        <w:pStyle w:val="Heading2"/>
      </w:pPr>
      <w:r>
        <w:t>1. Statement of Intent &amp; Purpose</w:t>
      </w:r>
    </w:p>
    <w:p w14:paraId="6F3F4560" w14:textId="77777777" w:rsidR="009A3577" w:rsidRDefault="00000000">
      <w:r>
        <w:t>To ensure absolute compliance with statutory requirements, safeguarding mandates, and best practice standards across all operations at Lilliput Learners Preschool.</w:t>
      </w:r>
    </w:p>
    <w:p w14:paraId="6955671D" w14:textId="77777777" w:rsidR="009A3577" w:rsidRDefault="00000000">
      <w:pPr>
        <w:pStyle w:val="Heading2"/>
      </w:pPr>
      <w:r>
        <w:t>2. Procedures and Implementation</w:t>
      </w:r>
    </w:p>
    <w:p w14:paraId="0C61AB50" w14:textId="77777777" w:rsidR="009A3577" w:rsidRDefault="00000000">
      <w:r>
        <w:t>All staff members are thoroughly briefed during induction and ongoing supervision. Records of implementation and adherence are maintained securely on site and reviewed regularly by management.</w:t>
      </w:r>
    </w:p>
    <w:p w14:paraId="19F5E57F" w14:textId="77777777" w:rsidR="009A3577" w:rsidRDefault="00000000">
      <w:pPr>
        <w:pStyle w:val="Heading2"/>
      </w:pPr>
      <w:r>
        <w:t>3. Monitoring and Review</w:t>
      </w:r>
    </w:p>
    <w:p w14:paraId="0971ECEA" w14:textId="77777777" w:rsidR="009A3577" w:rsidRDefault="00000000">
      <w:r>
        <w:t>This policy is monitored continuously and subject to formal annual review by the Preschool Manager and Proprietor. Next formal review date: 1 September 2027.</w:t>
      </w:r>
    </w:p>
    <w:p w14:paraId="729A9430" w14:textId="77777777" w:rsidR="009A3577" w:rsidRDefault="00000000">
      <w:r>
        <w:br w:type="page"/>
      </w:r>
    </w:p>
    <w:p w14:paraId="2F33E4B5" w14:textId="77777777" w:rsidR="009A3577" w:rsidRDefault="00000000">
      <w:pPr>
        <w:pStyle w:val="Heading1"/>
      </w:pPr>
      <w:r>
        <w:t>49. Equal Opportunities Employment Policy</w:t>
      </w:r>
    </w:p>
    <w:p w14:paraId="74D9C38D" w14:textId="77777777" w:rsidR="009A3577" w:rsidRDefault="00000000">
      <w:r>
        <w:rPr>
          <w:b/>
          <w:color w:val="646464"/>
          <w:sz w:val="20"/>
        </w:rPr>
        <w:t>Effective Date: 1 September 2026 | Review Date: 1 September 2027</w:t>
      </w:r>
    </w:p>
    <w:p w14:paraId="612FE338" w14:textId="77777777" w:rsidR="009A3577" w:rsidRDefault="00000000">
      <w:r>
        <w:t>This official policy establishes the operational standards, staff responsibilities, and statutory compliance protocols for Lilliput Learners Preschool under the Equal Opportunities Employment Policy. All personnel, volunteers, and management are required to adhere strictly to these guidelines.</w:t>
      </w:r>
    </w:p>
    <w:p w14:paraId="052CC3DF" w14:textId="77777777" w:rsidR="009A3577" w:rsidRDefault="00000000">
      <w:pPr>
        <w:pStyle w:val="Heading2"/>
      </w:pPr>
      <w:r>
        <w:t>1. Statement of Intent &amp; Purpose</w:t>
      </w:r>
    </w:p>
    <w:p w14:paraId="21630466" w14:textId="77777777" w:rsidR="009A3577" w:rsidRDefault="00000000">
      <w:r>
        <w:t>To ensure absolute compliance with statutory requirements, safeguarding mandates, and best practice standards across all operations at Lilliput Learners Preschool.</w:t>
      </w:r>
    </w:p>
    <w:p w14:paraId="6EAC9458" w14:textId="77777777" w:rsidR="009A3577" w:rsidRDefault="00000000">
      <w:pPr>
        <w:pStyle w:val="Heading2"/>
      </w:pPr>
      <w:r>
        <w:t>2. Procedures and Implementation</w:t>
      </w:r>
    </w:p>
    <w:p w14:paraId="6DC3E542" w14:textId="77777777" w:rsidR="009A3577" w:rsidRDefault="00000000">
      <w:r>
        <w:t>All staff members are thoroughly briefed during induction and ongoing supervision. Records of implementation and adherence are maintained securely on site and reviewed regularly by management.</w:t>
      </w:r>
    </w:p>
    <w:p w14:paraId="0F3F0765" w14:textId="77777777" w:rsidR="009A3577" w:rsidRDefault="00000000">
      <w:pPr>
        <w:pStyle w:val="Heading2"/>
      </w:pPr>
      <w:r>
        <w:t>3. Monitoring and Review</w:t>
      </w:r>
    </w:p>
    <w:p w14:paraId="000B6F42" w14:textId="77777777" w:rsidR="009A3577" w:rsidRDefault="00000000">
      <w:r>
        <w:t>This policy is monitored continuously and subject to formal annual review by the Preschool Manager and Proprietor. Next formal review date: 1 September 2027.</w:t>
      </w:r>
    </w:p>
    <w:p w14:paraId="51B7E7FB" w14:textId="77777777" w:rsidR="009A3577" w:rsidRDefault="00000000">
      <w:r>
        <w:br w:type="page"/>
      </w:r>
    </w:p>
    <w:p w14:paraId="174B5A16" w14:textId="77777777" w:rsidR="009A3577" w:rsidRDefault="00000000">
      <w:pPr>
        <w:pStyle w:val="Heading1"/>
      </w:pPr>
      <w:r>
        <w:t>50. Parent and Carer Partnerships Policy</w:t>
      </w:r>
    </w:p>
    <w:p w14:paraId="40CBAD33" w14:textId="77777777" w:rsidR="009A3577" w:rsidRDefault="00000000">
      <w:r>
        <w:rPr>
          <w:b/>
          <w:color w:val="646464"/>
          <w:sz w:val="20"/>
        </w:rPr>
        <w:t>Effective Date: 1 September 2026 | Review Date: 1 September 2027</w:t>
      </w:r>
    </w:p>
    <w:p w14:paraId="60C041A3" w14:textId="77777777" w:rsidR="009A3577" w:rsidRDefault="00000000">
      <w:r>
        <w:t>This official policy establishes the operational standards, staff responsibilities, and statutory compliance protocols for Lilliput Learners Preschool under the Parent and Carer Partnerships Policy. All personnel, volunteers, and management are required to adhere strictly to these guidelines.</w:t>
      </w:r>
    </w:p>
    <w:p w14:paraId="4AA2E853" w14:textId="77777777" w:rsidR="009A3577" w:rsidRDefault="00000000">
      <w:pPr>
        <w:pStyle w:val="Heading2"/>
      </w:pPr>
      <w:r>
        <w:t>1. Statement of Intent &amp; Purpose</w:t>
      </w:r>
    </w:p>
    <w:p w14:paraId="66B79762" w14:textId="77777777" w:rsidR="009A3577" w:rsidRDefault="00000000">
      <w:r>
        <w:t>To ensure absolute compliance with statutory requirements, safeguarding mandates, and best practice standards across all operations at Lilliput Learners Preschool.</w:t>
      </w:r>
    </w:p>
    <w:p w14:paraId="2C3785A3" w14:textId="77777777" w:rsidR="009A3577" w:rsidRDefault="00000000">
      <w:pPr>
        <w:pStyle w:val="Heading2"/>
      </w:pPr>
      <w:r>
        <w:t>2. Procedures and Implementation</w:t>
      </w:r>
    </w:p>
    <w:p w14:paraId="690E7B6E" w14:textId="77777777" w:rsidR="009A3577" w:rsidRDefault="00000000">
      <w:r>
        <w:t>All staff members are thoroughly briefed during induction and ongoing supervision. Records of implementation and adherence are maintained securely on site and reviewed regularly by management.</w:t>
      </w:r>
    </w:p>
    <w:p w14:paraId="6BA21428" w14:textId="77777777" w:rsidR="009A3577" w:rsidRDefault="00000000">
      <w:pPr>
        <w:pStyle w:val="Heading2"/>
      </w:pPr>
      <w:r>
        <w:t>3. Monitoring and Review</w:t>
      </w:r>
    </w:p>
    <w:p w14:paraId="43EC43A2" w14:textId="77777777" w:rsidR="009A3577" w:rsidRDefault="00000000">
      <w:r>
        <w:t>This policy is monitored continuously and subject to formal annual review by the Preschool Manager and Proprietor. Next formal review date: 1 September 2027.</w:t>
      </w:r>
    </w:p>
    <w:p w14:paraId="59EB767E" w14:textId="77777777" w:rsidR="009A3577" w:rsidRDefault="00000000">
      <w:r>
        <w:br w:type="page"/>
      </w:r>
    </w:p>
    <w:p w14:paraId="392D950B" w14:textId="77777777" w:rsidR="009A3577" w:rsidRDefault="00000000">
      <w:pPr>
        <w:pStyle w:val="Heading1"/>
      </w:pPr>
      <w:r>
        <w:t>51. Parental Communication and Consultation Policy</w:t>
      </w:r>
    </w:p>
    <w:p w14:paraId="24BB9599" w14:textId="77777777" w:rsidR="009A3577" w:rsidRDefault="00000000">
      <w:r>
        <w:rPr>
          <w:b/>
          <w:color w:val="646464"/>
          <w:sz w:val="20"/>
        </w:rPr>
        <w:t>Effective Date: 1 September 2026 | Review Date: 1 September 2027</w:t>
      </w:r>
    </w:p>
    <w:p w14:paraId="4B66D6D0" w14:textId="77777777" w:rsidR="009A3577" w:rsidRDefault="00000000">
      <w:r>
        <w:t>This official policy establishes the operational standards, staff responsibilities, and statutory compliance protocols for Lilliput Learners Preschool under the Parental Communication and Consultation Policy. All personnel, volunteers, and management are required to adhere strictly to these guidelines.</w:t>
      </w:r>
    </w:p>
    <w:p w14:paraId="434BC74C" w14:textId="77777777" w:rsidR="009A3577" w:rsidRDefault="00000000">
      <w:pPr>
        <w:pStyle w:val="Heading2"/>
      </w:pPr>
      <w:r>
        <w:t>1. Statement of Intent &amp; Purpose</w:t>
      </w:r>
    </w:p>
    <w:p w14:paraId="4D29915D" w14:textId="77777777" w:rsidR="009A3577" w:rsidRDefault="00000000">
      <w:r>
        <w:t>To ensure absolute compliance with statutory requirements, safeguarding mandates, and best practice standards across all operations at Lilliput Learners Preschool.</w:t>
      </w:r>
    </w:p>
    <w:p w14:paraId="4EBA860F" w14:textId="77777777" w:rsidR="009A3577" w:rsidRDefault="00000000">
      <w:pPr>
        <w:pStyle w:val="Heading2"/>
      </w:pPr>
      <w:r>
        <w:t>2. Procedures and Implementation</w:t>
      </w:r>
    </w:p>
    <w:p w14:paraId="64B5CF27" w14:textId="77777777" w:rsidR="009A3577" w:rsidRDefault="00000000">
      <w:r>
        <w:t>All staff members are thoroughly briefed during induction and ongoing supervision. Records of implementation and adherence are maintained securely on site and reviewed regularly by management.</w:t>
      </w:r>
    </w:p>
    <w:p w14:paraId="2DD905FA" w14:textId="77777777" w:rsidR="009A3577" w:rsidRDefault="00000000">
      <w:pPr>
        <w:pStyle w:val="Heading2"/>
      </w:pPr>
      <w:r>
        <w:t>3. Monitoring and Review</w:t>
      </w:r>
    </w:p>
    <w:p w14:paraId="79C7167E" w14:textId="77777777" w:rsidR="009A3577" w:rsidRDefault="00000000">
      <w:r>
        <w:t>This policy is monitored continuously and subject to formal annual review by the Preschool Manager and Proprietor. Next formal review date: 1 September 2027.</w:t>
      </w:r>
    </w:p>
    <w:p w14:paraId="65B6D555" w14:textId="77777777" w:rsidR="009A3577" w:rsidRDefault="00000000">
      <w:r>
        <w:br w:type="page"/>
      </w:r>
    </w:p>
    <w:p w14:paraId="32231DEF" w14:textId="77777777" w:rsidR="009A3577" w:rsidRDefault="00000000">
      <w:pPr>
        <w:pStyle w:val="Heading1"/>
      </w:pPr>
      <w:r>
        <w:t>52. Complaints and Feedback Procedure Policy</w:t>
      </w:r>
    </w:p>
    <w:p w14:paraId="08401D90" w14:textId="77777777" w:rsidR="009A3577" w:rsidRDefault="00000000">
      <w:r>
        <w:rPr>
          <w:b/>
          <w:color w:val="646464"/>
          <w:sz w:val="20"/>
        </w:rPr>
        <w:t>Effective Date: 1 September 2026 | Review Date: 1 September 2027</w:t>
      </w:r>
    </w:p>
    <w:p w14:paraId="1EBAD895" w14:textId="77777777" w:rsidR="009A3577" w:rsidRDefault="00000000">
      <w:r>
        <w:t>This official policy establishes the operational standards, staff responsibilities, and statutory compliance protocols for Lilliput Learners Preschool under the Complaints and Feedback Procedure Policy. All personnel, volunteers, and management are required to adhere strictly to these guidelines.</w:t>
      </w:r>
    </w:p>
    <w:p w14:paraId="0113999C" w14:textId="77777777" w:rsidR="009A3577" w:rsidRDefault="00000000">
      <w:pPr>
        <w:pStyle w:val="Heading2"/>
      </w:pPr>
      <w:r>
        <w:t>1. Statement of Intent &amp; Purpose</w:t>
      </w:r>
    </w:p>
    <w:p w14:paraId="67F8A21A" w14:textId="77777777" w:rsidR="009A3577" w:rsidRDefault="00000000">
      <w:r>
        <w:t>To ensure absolute compliance with statutory requirements, safeguarding mandates, and best practice standards across all operations at Lilliput Learners Preschool.</w:t>
      </w:r>
    </w:p>
    <w:p w14:paraId="486FB4A2" w14:textId="77777777" w:rsidR="009A3577" w:rsidRDefault="00000000">
      <w:pPr>
        <w:pStyle w:val="Heading2"/>
      </w:pPr>
      <w:r>
        <w:t>2. Procedures and Implementation</w:t>
      </w:r>
    </w:p>
    <w:p w14:paraId="00719375" w14:textId="77777777" w:rsidR="009A3577" w:rsidRDefault="00000000">
      <w:r>
        <w:t>All staff members are thoroughly briefed during induction and ongoing supervision. Records of implementation and adherence are maintained securely on site and reviewed regularly by management.</w:t>
      </w:r>
    </w:p>
    <w:p w14:paraId="2032927F" w14:textId="77777777" w:rsidR="009A3577" w:rsidRDefault="00000000">
      <w:pPr>
        <w:pStyle w:val="Heading2"/>
      </w:pPr>
      <w:r>
        <w:t>3. Monitoring and Review</w:t>
      </w:r>
    </w:p>
    <w:p w14:paraId="4F2AE54F" w14:textId="77777777" w:rsidR="009A3577" w:rsidRDefault="00000000">
      <w:r>
        <w:t>This policy is monitored continuously and subject to formal annual review by the Preschool Manager and Proprietor. Next formal review date: 1 September 2027.</w:t>
      </w:r>
    </w:p>
    <w:p w14:paraId="3BABDE81" w14:textId="77777777" w:rsidR="009A3577" w:rsidRDefault="00000000">
      <w:r>
        <w:br w:type="page"/>
      </w:r>
    </w:p>
    <w:p w14:paraId="4B83D214" w14:textId="77777777" w:rsidR="009A3577" w:rsidRDefault="00000000">
      <w:pPr>
        <w:pStyle w:val="Heading1"/>
      </w:pPr>
      <w:r>
        <w:t>53. Confidentiality and Data Protection (GDPR) Policy</w:t>
      </w:r>
    </w:p>
    <w:p w14:paraId="1B1F3397" w14:textId="77777777" w:rsidR="009A3577" w:rsidRDefault="00000000">
      <w:r>
        <w:rPr>
          <w:b/>
          <w:color w:val="646464"/>
          <w:sz w:val="20"/>
        </w:rPr>
        <w:t>Effective Date: 1 September 2026 | Review Date: 1 September 2027</w:t>
      </w:r>
    </w:p>
    <w:p w14:paraId="170AF808" w14:textId="77777777" w:rsidR="009A3577" w:rsidRDefault="00000000">
      <w:r>
        <w:t>This official policy establishes the operational standards, staff responsibilities, and statutory compliance protocols for Lilliput Learners Preschool under the Confidentiality and Data Protection (GDPR) Policy. All personnel, volunteers, and management are required to adhere strictly to these guidelines.</w:t>
      </w:r>
    </w:p>
    <w:p w14:paraId="1ADA0C06" w14:textId="77777777" w:rsidR="009A3577" w:rsidRDefault="00000000">
      <w:pPr>
        <w:pStyle w:val="Heading2"/>
      </w:pPr>
      <w:r>
        <w:t>1. Statement of Intent &amp; Purpose</w:t>
      </w:r>
    </w:p>
    <w:p w14:paraId="3A0BEFBD" w14:textId="77777777" w:rsidR="009A3577" w:rsidRDefault="00000000">
      <w:r>
        <w:t>To ensure absolute compliance with statutory requirements, safeguarding mandates, and best practice standards across all operations at Lilliput Learners Preschool.</w:t>
      </w:r>
    </w:p>
    <w:p w14:paraId="76F8E9EB" w14:textId="77777777" w:rsidR="009A3577" w:rsidRDefault="00000000">
      <w:pPr>
        <w:pStyle w:val="Heading2"/>
      </w:pPr>
      <w:r>
        <w:t>2. Procedures and Implementation</w:t>
      </w:r>
    </w:p>
    <w:p w14:paraId="4632C86B" w14:textId="77777777" w:rsidR="009A3577" w:rsidRDefault="00000000">
      <w:r>
        <w:t>All staff members are thoroughly briefed during induction and ongoing supervision. Records of implementation and adherence are maintained securely on site and reviewed regularly by management.</w:t>
      </w:r>
    </w:p>
    <w:p w14:paraId="253F87DD" w14:textId="77777777" w:rsidR="009A3577" w:rsidRDefault="00000000">
      <w:pPr>
        <w:pStyle w:val="Heading2"/>
      </w:pPr>
      <w:r>
        <w:t>3. Monitoring and Review</w:t>
      </w:r>
    </w:p>
    <w:p w14:paraId="114BFEB5" w14:textId="77777777" w:rsidR="009A3577" w:rsidRDefault="00000000">
      <w:r>
        <w:t>This policy is monitored continuously and subject to formal annual review by the Preschool Manager and Proprietor. Next formal review date: 1 September 2027.</w:t>
      </w:r>
    </w:p>
    <w:p w14:paraId="2B771BEE" w14:textId="77777777" w:rsidR="009A3577" w:rsidRDefault="00000000">
      <w:r>
        <w:br w:type="page"/>
      </w:r>
    </w:p>
    <w:p w14:paraId="13773974" w14:textId="77777777" w:rsidR="009A3577" w:rsidRDefault="00000000">
      <w:pPr>
        <w:pStyle w:val="Heading1"/>
      </w:pPr>
      <w:r>
        <w:t>54. Record Keeping and Retention Policy</w:t>
      </w:r>
    </w:p>
    <w:p w14:paraId="5FE3CF43" w14:textId="77777777" w:rsidR="009A3577" w:rsidRDefault="00000000">
      <w:r>
        <w:rPr>
          <w:b/>
          <w:color w:val="646464"/>
          <w:sz w:val="20"/>
        </w:rPr>
        <w:t>Effective Date: 1 September 2026 | Review Date: 1 September 2027</w:t>
      </w:r>
    </w:p>
    <w:p w14:paraId="4193190D" w14:textId="77777777" w:rsidR="009A3577" w:rsidRDefault="00000000">
      <w:r>
        <w:t>This official policy establishes the operational standards, staff responsibilities, and statutory compliance protocols for Lilliput Learners Preschool under the Record Keeping and Retention Policy. All personnel, volunteers, and management are required to adhere strictly to these guidelines.</w:t>
      </w:r>
    </w:p>
    <w:p w14:paraId="4334EE26" w14:textId="77777777" w:rsidR="009A3577" w:rsidRDefault="00000000">
      <w:pPr>
        <w:pStyle w:val="Heading2"/>
      </w:pPr>
      <w:r>
        <w:t>1. Statement of Intent &amp; Purpose</w:t>
      </w:r>
    </w:p>
    <w:p w14:paraId="60A10D42" w14:textId="77777777" w:rsidR="009A3577" w:rsidRDefault="00000000">
      <w:r>
        <w:t>To ensure absolute compliance with statutory requirements, safeguarding mandates, and best practice standards across all operations at Lilliput Learners Preschool.</w:t>
      </w:r>
    </w:p>
    <w:p w14:paraId="1D867492" w14:textId="77777777" w:rsidR="009A3577" w:rsidRDefault="00000000">
      <w:pPr>
        <w:pStyle w:val="Heading2"/>
      </w:pPr>
      <w:r>
        <w:t>2. Procedures and Implementation</w:t>
      </w:r>
    </w:p>
    <w:p w14:paraId="4A32C57A" w14:textId="77777777" w:rsidR="009A3577" w:rsidRDefault="00000000">
      <w:r>
        <w:t>All staff members are thoroughly briefed during induction and ongoing supervision. Records of implementation and adherence are maintained securely on site and reviewed regularly by management.</w:t>
      </w:r>
    </w:p>
    <w:p w14:paraId="18CEBB41" w14:textId="77777777" w:rsidR="009A3577" w:rsidRDefault="00000000">
      <w:pPr>
        <w:pStyle w:val="Heading2"/>
      </w:pPr>
      <w:r>
        <w:t>3. Monitoring and Review</w:t>
      </w:r>
    </w:p>
    <w:p w14:paraId="4DF26F99" w14:textId="77777777" w:rsidR="009A3577" w:rsidRDefault="00000000">
      <w:r>
        <w:t>This policy is monitored continuously and subject to formal annual review by the Preschool Manager and Proprietor. Next formal review date: 1 September 2027.</w:t>
      </w:r>
    </w:p>
    <w:p w14:paraId="68B02941" w14:textId="77777777" w:rsidR="009A3577" w:rsidRDefault="00000000">
      <w:r>
        <w:br w:type="page"/>
      </w:r>
    </w:p>
    <w:p w14:paraId="492B994D" w14:textId="77777777" w:rsidR="009A3577" w:rsidRDefault="00000000">
      <w:pPr>
        <w:pStyle w:val="Heading1"/>
      </w:pPr>
      <w:r>
        <w:t>55. Information Sharing Policy</w:t>
      </w:r>
    </w:p>
    <w:p w14:paraId="28A4EE06" w14:textId="77777777" w:rsidR="009A3577" w:rsidRDefault="00000000">
      <w:r>
        <w:rPr>
          <w:b/>
          <w:color w:val="646464"/>
          <w:sz w:val="20"/>
        </w:rPr>
        <w:t>Effective Date: 1 September 2026 | Review Date: 1 September 2027</w:t>
      </w:r>
    </w:p>
    <w:p w14:paraId="5A4C27DB" w14:textId="77777777" w:rsidR="009A3577" w:rsidRDefault="00000000">
      <w:r>
        <w:t>This official policy establishes the operational standards, staff responsibilities, and statutory compliance protocols for Lilliput Learners Preschool under the Information Sharing Policy. All personnel, volunteers, and management are required to adhere strictly to these guidelines.</w:t>
      </w:r>
    </w:p>
    <w:p w14:paraId="36A1E7EF" w14:textId="77777777" w:rsidR="009A3577" w:rsidRDefault="00000000">
      <w:pPr>
        <w:pStyle w:val="Heading2"/>
      </w:pPr>
      <w:r>
        <w:t>1. Statement of Intent &amp; Purpose</w:t>
      </w:r>
    </w:p>
    <w:p w14:paraId="7C4B7A76" w14:textId="77777777" w:rsidR="009A3577" w:rsidRDefault="00000000">
      <w:r>
        <w:t>To ensure absolute compliance with statutory requirements, safeguarding mandates, and best practice standards across all operations at Lilliput Learners Preschool.</w:t>
      </w:r>
    </w:p>
    <w:p w14:paraId="76A5FB5F" w14:textId="77777777" w:rsidR="009A3577" w:rsidRDefault="00000000">
      <w:pPr>
        <w:pStyle w:val="Heading2"/>
      </w:pPr>
      <w:r>
        <w:t>2. Procedures and Implementation</w:t>
      </w:r>
    </w:p>
    <w:p w14:paraId="58A96B1D" w14:textId="77777777" w:rsidR="009A3577" w:rsidRDefault="00000000">
      <w:r>
        <w:t>All staff members are thoroughly briefed during induction and ongoing supervision. Records of implementation and adherence are maintained securely on site and reviewed regularly by management.</w:t>
      </w:r>
    </w:p>
    <w:p w14:paraId="767F1E42" w14:textId="77777777" w:rsidR="009A3577" w:rsidRDefault="00000000">
      <w:pPr>
        <w:pStyle w:val="Heading2"/>
      </w:pPr>
      <w:r>
        <w:t>3. Monitoring and Review</w:t>
      </w:r>
    </w:p>
    <w:p w14:paraId="05B8CB4F" w14:textId="77777777" w:rsidR="009A3577" w:rsidRDefault="00000000">
      <w:r>
        <w:t>This policy is monitored continuously and subject to formal annual review by the Preschool Manager and Proprietor. Next formal review date: 1 September 2027.</w:t>
      </w:r>
    </w:p>
    <w:p w14:paraId="1D5C3672" w14:textId="77777777" w:rsidR="009A3577" w:rsidRDefault="00000000">
      <w:r>
        <w:br w:type="page"/>
      </w:r>
    </w:p>
    <w:p w14:paraId="75A17559" w14:textId="77777777" w:rsidR="009A3577" w:rsidRDefault="00000000">
      <w:pPr>
        <w:pStyle w:val="Heading1"/>
      </w:pPr>
      <w:r>
        <w:t>56. Visitors, Contractors and Site Security Policy</w:t>
      </w:r>
    </w:p>
    <w:p w14:paraId="4E1FD18A" w14:textId="77777777" w:rsidR="009A3577" w:rsidRDefault="00000000">
      <w:r>
        <w:rPr>
          <w:b/>
          <w:color w:val="646464"/>
          <w:sz w:val="20"/>
        </w:rPr>
        <w:t>Effective Date: 1 September 2026 | Review Date: 1 September 2027</w:t>
      </w:r>
    </w:p>
    <w:p w14:paraId="35B67EDD" w14:textId="77777777" w:rsidR="009A3577" w:rsidRDefault="00000000">
      <w:r>
        <w:t>This official policy establishes the operational standards, staff responsibilities, and statutory compliance protocols for Lilliput Learners Preschool under the Visitors, Contractors and Site Security Policy. All personnel, volunteers, and management are required to adhere strictly to these guidelines.</w:t>
      </w:r>
    </w:p>
    <w:p w14:paraId="352DB50F" w14:textId="77777777" w:rsidR="009A3577" w:rsidRDefault="00000000">
      <w:pPr>
        <w:pStyle w:val="Heading2"/>
      </w:pPr>
      <w:r>
        <w:t>1. Statement of Intent &amp; Purpose</w:t>
      </w:r>
    </w:p>
    <w:p w14:paraId="3587D2F2" w14:textId="77777777" w:rsidR="009A3577" w:rsidRDefault="00000000">
      <w:r>
        <w:t>To ensure absolute compliance with statutory requirements, safeguarding mandates, and best practice standards across all operations at Lilliput Learners Preschool.</w:t>
      </w:r>
    </w:p>
    <w:p w14:paraId="36B4673B" w14:textId="77777777" w:rsidR="009A3577" w:rsidRDefault="00000000">
      <w:pPr>
        <w:pStyle w:val="Heading2"/>
      </w:pPr>
      <w:r>
        <w:t>2. Procedures and Implementation</w:t>
      </w:r>
    </w:p>
    <w:p w14:paraId="41E909B1" w14:textId="77777777" w:rsidR="009A3577" w:rsidRDefault="00000000">
      <w:r>
        <w:t>All staff members are thoroughly briefed during induction and ongoing supervision. Records of implementation and adherence are maintained securely on site and reviewed regularly by management.</w:t>
      </w:r>
    </w:p>
    <w:p w14:paraId="24259B2D" w14:textId="77777777" w:rsidR="009A3577" w:rsidRDefault="00000000">
      <w:pPr>
        <w:pStyle w:val="Heading2"/>
      </w:pPr>
      <w:r>
        <w:t>3. Monitoring and Review</w:t>
      </w:r>
    </w:p>
    <w:p w14:paraId="51BED8F3" w14:textId="77777777" w:rsidR="009A3577" w:rsidRDefault="00000000">
      <w:r>
        <w:t>This policy is monitored continuously and subject to formal annual review by the Preschool Manager and Proprietor. Next formal review date: 1 September 2027.</w:t>
      </w:r>
    </w:p>
    <w:p w14:paraId="2195C6AF" w14:textId="77777777" w:rsidR="009A3577" w:rsidRDefault="00000000">
      <w:r>
        <w:br w:type="page"/>
      </w:r>
    </w:p>
    <w:p w14:paraId="09F3EA57" w14:textId="77777777" w:rsidR="009A3577" w:rsidRDefault="00000000">
      <w:pPr>
        <w:pStyle w:val="Heading1"/>
      </w:pPr>
      <w:r>
        <w:t>57. Critical Incident and Business Continuity Plan Policy</w:t>
      </w:r>
    </w:p>
    <w:p w14:paraId="6D71B902" w14:textId="77777777" w:rsidR="009A3577" w:rsidRDefault="00000000">
      <w:r>
        <w:rPr>
          <w:b/>
          <w:color w:val="646464"/>
          <w:sz w:val="20"/>
        </w:rPr>
        <w:t>Effective Date: 1 September 2026 | Review Date: 1 September 2027</w:t>
      </w:r>
    </w:p>
    <w:p w14:paraId="3ED384C7" w14:textId="77777777" w:rsidR="009A3577" w:rsidRDefault="00000000">
      <w:r>
        <w:t>This official policy establishes the operational standards, staff responsibilities, and statutory compliance protocols for Lilliput Learners Preschool under the Critical Incident and Business Continuity Plan Policy. All personnel, volunteers, and management are required to adhere strictly to these guidelines.</w:t>
      </w:r>
    </w:p>
    <w:p w14:paraId="5399944B" w14:textId="77777777" w:rsidR="009A3577" w:rsidRDefault="00000000">
      <w:pPr>
        <w:pStyle w:val="Heading2"/>
      </w:pPr>
      <w:r>
        <w:t>1. Statement of Intent &amp; Purpose</w:t>
      </w:r>
    </w:p>
    <w:p w14:paraId="45DADE75" w14:textId="77777777" w:rsidR="009A3577" w:rsidRDefault="00000000">
      <w:r>
        <w:t>To ensure absolute compliance with statutory requirements, safeguarding mandates, and best practice standards across all operations at Lilliput Learners Preschool.</w:t>
      </w:r>
    </w:p>
    <w:p w14:paraId="789506D7" w14:textId="77777777" w:rsidR="009A3577" w:rsidRDefault="00000000">
      <w:pPr>
        <w:pStyle w:val="Heading2"/>
      </w:pPr>
      <w:r>
        <w:t>2. Procedures and Implementation</w:t>
      </w:r>
    </w:p>
    <w:p w14:paraId="08346C3B" w14:textId="77777777" w:rsidR="009A3577" w:rsidRDefault="00000000">
      <w:r>
        <w:t>All staff members are thoroughly briefed during induction and ongoing supervision. Records of implementation and adherence are maintained securely on site and reviewed regularly by management.</w:t>
      </w:r>
    </w:p>
    <w:p w14:paraId="5E28CC27" w14:textId="77777777" w:rsidR="009A3577" w:rsidRDefault="00000000">
      <w:pPr>
        <w:pStyle w:val="Heading2"/>
      </w:pPr>
      <w:r>
        <w:t>3. Monitoring and Review</w:t>
      </w:r>
    </w:p>
    <w:p w14:paraId="5E2CE143" w14:textId="77777777" w:rsidR="009A3577" w:rsidRDefault="00000000">
      <w:r>
        <w:t>This policy is monitored continuously and subject to formal annual review by the Preschool Manager and Proprietor. Next formal review date: 1 September 2027.</w:t>
      </w:r>
    </w:p>
    <w:p w14:paraId="7ACAB329" w14:textId="77777777" w:rsidR="009A3577" w:rsidRDefault="00000000">
      <w:r>
        <w:br w:type="page"/>
      </w:r>
    </w:p>
    <w:p w14:paraId="4D481458" w14:textId="77777777" w:rsidR="009A3577" w:rsidRDefault="00000000">
      <w:pPr>
        <w:pStyle w:val="Heading1"/>
      </w:pPr>
      <w:r>
        <w:t>58. Transport and Outings Policy</w:t>
      </w:r>
    </w:p>
    <w:p w14:paraId="614155C0" w14:textId="77777777" w:rsidR="009A3577" w:rsidRDefault="00000000">
      <w:r>
        <w:rPr>
          <w:b/>
          <w:color w:val="646464"/>
          <w:sz w:val="20"/>
        </w:rPr>
        <w:t>Effective Date: 1 September 2026 | Review Date: 1 September 2027</w:t>
      </w:r>
    </w:p>
    <w:p w14:paraId="2283822A" w14:textId="77777777" w:rsidR="009A3577" w:rsidRDefault="00000000">
      <w:r>
        <w:t>This official policy establishes the operational standards, staff responsibilities, and statutory compliance protocols for Lilliput Learners Preschool under the Transport and Outings Policy. All personnel, volunteers, and management are required to adhere strictly to these guidelines.</w:t>
      </w:r>
    </w:p>
    <w:p w14:paraId="2A254FD0" w14:textId="77777777" w:rsidR="009A3577" w:rsidRDefault="00000000">
      <w:pPr>
        <w:pStyle w:val="Heading2"/>
      </w:pPr>
      <w:r>
        <w:t>1. Statement of Intent &amp; Purpose</w:t>
      </w:r>
    </w:p>
    <w:p w14:paraId="7473AE22" w14:textId="77777777" w:rsidR="009A3577" w:rsidRDefault="00000000">
      <w:r>
        <w:t>To ensure absolute compliance with statutory requirements, safeguarding mandates, and best practice standards across all operations at Lilliput Learners Preschool.</w:t>
      </w:r>
    </w:p>
    <w:p w14:paraId="14EC4ACF" w14:textId="77777777" w:rsidR="009A3577" w:rsidRDefault="00000000">
      <w:pPr>
        <w:pStyle w:val="Heading2"/>
      </w:pPr>
      <w:r>
        <w:t>2. Procedures and Implementation</w:t>
      </w:r>
    </w:p>
    <w:p w14:paraId="47FEB5CD" w14:textId="77777777" w:rsidR="009A3577" w:rsidRDefault="00000000">
      <w:r>
        <w:t>All staff members are thoroughly briefed during induction and ongoing supervision. Records of implementation and adherence are maintained securely on site and reviewed regularly by management.</w:t>
      </w:r>
    </w:p>
    <w:p w14:paraId="119141B5" w14:textId="77777777" w:rsidR="009A3577" w:rsidRDefault="00000000">
      <w:pPr>
        <w:pStyle w:val="Heading2"/>
      </w:pPr>
      <w:r>
        <w:t>3. Monitoring and Review</w:t>
      </w:r>
    </w:p>
    <w:p w14:paraId="0C927421" w14:textId="77777777" w:rsidR="009A3577" w:rsidRDefault="00000000">
      <w:r>
        <w:t>This policy is monitored continuously and subject to formal annual review by the Preschool Manager and Proprietor. Next formal review date: 1 September 2027.</w:t>
      </w:r>
    </w:p>
    <w:p w14:paraId="697DD261" w14:textId="77777777" w:rsidR="009A3577" w:rsidRDefault="00000000">
      <w:r>
        <w:br w:type="page"/>
      </w:r>
    </w:p>
    <w:p w14:paraId="1AFCBC84" w14:textId="77777777" w:rsidR="009A3577" w:rsidRDefault="00000000">
      <w:pPr>
        <w:pStyle w:val="Heading1"/>
      </w:pPr>
      <w:r>
        <w:t>59. Animals and Pets in Setting Policy</w:t>
      </w:r>
    </w:p>
    <w:p w14:paraId="6CD8CF4B" w14:textId="77777777" w:rsidR="009A3577" w:rsidRDefault="00000000">
      <w:r>
        <w:rPr>
          <w:b/>
          <w:color w:val="646464"/>
          <w:sz w:val="20"/>
        </w:rPr>
        <w:t>Effective Date: 1 September 2026 | Review Date: 1 September 2027</w:t>
      </w:r>
    </w:p>
    <w:p w14:paraId="54956B0D" w14:textId="77777777" w:rsidR="009A3577" w:rsidRDefault="00000000">
      <w:r>
        <w:t>This official policy establishes the operational standards, staff responsibilities, and statutory compliance protocols for Lilliput Learners Preschool under the Animals and Pets in Setting Policy. All personnel, volunteers, and management are required to adhere strictly to these guidelines.</w:t>
      </w:r>
    </w:p>
    <w:p w14:paraId="0338C6D7" w14:textId="77777777" w:rsidR="009A3577" w:rsidRDefault="00000000">
      <w:pPr>
        <w:pStyle w:val="Heading2"/>
      </w:pPr>
      <w:r>
        <w:t>1. Statement of Intent &amp; Purpose</w:t>
      </w:r>
    </w:p>
    <w:p w14:paraId="3430D5E9" w14:textId="77777777" w:rsidR="009A3577" w:rsidRDefault="00000000">
      <w:r>
        <w:t>To ensure absolute compliance with statutory requirements, safeguarding mandates, and best practice standards across all operations at Lilliput Learners Preschool.</w:t>
      </w:r>
    </w:p>
    <w:p w14:paraId="508B2124" w14:textId="77777777" w:rsidR="009A3577" w:rsidRDefault="00000000">
      <w:pPr>
        <w:pStyle w:val="Heading2"/>
      </w:pPr>
      <w:r>
        <w:t>2. Procedures and Implementation</w:t>
      </w:r>
    </w:p>
    <w:p w14:paraId="0483363A" w14:textId="77777777" w:rsidR="009A3577" w:rsidRDefault="00000000">
      <w:r>
        <w:t>All staff members are thoroughly briefed during induction and ongoing supervision. Records of implementation and adherence are maintained securely on site and reviewed regularly by management.</w:t>
      </w:r>
    </w:p>
    <w:p w14:paraId="38C401DF" w14:textId="77777777" w:rsidR="009A3577" w:rsidRDefault="00000000">
      <w:pPr>
        <w:pStyle w:val="Heading2"/>
      </w:pPr>
      <w:r>
        <w:t>3. Monitoring and Review</w:t>
      </w:r>
    </w:p>
    <w:p w14:paraId="5288A7B2" w14:textId="77777777" w:rsidR="009A3577" w:rsidRDefault="00000000">
      <w:r>
        <w:t>This policy is monitored continuously and subject to formal annual review by the Preschool Manager and Proprietor. Next formal review date: 1 September 2027.</w:t>
      </w:r>
    </w:p>
    <w:p w14:paraId="5F962FC7" w14:textId="77777777" w:rsidR="009A3577" w:rsidRDefault="00000000">
      <w:r>
        <w:br w:type="page"/>
      </w:r>
    </w:p>
    <w:p w14:paraId="1FB3D683" w14:textId="77777777" w:rsidR="009A3577" w:rsidRDefault="00000000">
      <w:pPr>
        <w:pStyle w:val="Heading1"/>
      </w:pPr>
      <w:r>
        <w:t>60. Environmental Sustainability and Eco Policy</w:t>
      </w:r>
    </w:p>
    <w:p w14:paraId="513924AC" w14:textId="77777777" w:rsidR="009A3577" w:rsidRDefault="00000000">
      <w:r>
        <w:rPr>
          <w:b/>
          <w:color w:val="646464"/>
          <w:sz w:val="20"/>
        </w:rPr>
        <w:t>Effective Date: 1 September 2026 | Review Date: 1 September 2027</w:t>
      </w:r>
    </w:p>
    <w:p w14:paraId="1840C675" w14:textId="77777777" w:rsidR="009A3577" w:rsidRDefault="00000000">
      <w:r>
        <w:t>This official policy establishes the operational standards, staff responsibilities, and statutory compliance protocols for Lilliput Learners Preschool under the Environmental Sustainability and Eco Policy. All personnel, volunteers, and management are required to adhere strictly to these guidelines.</w:t>
      </w:r>
    </w:p>
    <w:p w14:paraId="080A4688" w14:textId="77777777" w:rsidR="009A3577" w:rsidRDefault="00000000">
      <w:pPr>
        <w:pStyle w:val="Heading2"/>
      </w:pPr>
      <w:r>
        <w:t>1. Statement of Intent &amp; Purpose</w:t>
      </w:r>
    </w:p>
    <w:p w14:paraId="0D408296" w14:textId="77777777" w:rsidR="009A3577" w:rsidRDefault="00000000">
      <w:r>
        <w:t>To ensure absolute compliance with statutory requirements, safeguarding mandates, and best practice standards across all operations at Lilliput Learners Preschool.</w:t>
      </w:r>
    </w:p>
    <w:p w14:paraId="7EDE6A4A" w14:textId="77777777" w:rsidR="009A3577" w:rsidRDefault="00000000">
      <w:pPr>
        <w:pStyle w:val="Heading2"/>
      </w:pPr>
      <w:r>
        <w:t>2. Procedures and Implementation</w:t>
      </w:r>
    </w:p>
    <w:p w14:paraId="35A082C2" w14:textId="77777777" w:rsidR="009A3577" w:rsidRDefault="00000000">
      <w:r>
        <w:t>All staff members are thoroughly briefed during induction and ongoing supervision. Records of implementation and adherence are maintained securely on site and reviewed regularly by management.</w:t>
      </w:r>
    </w:p>
    <w:p w14:paraId="69C51947" w14:textId="77777777" w:rsidR="009A3577" w:rsidRDefault="00000000">
      <w:pPr>
        <w:pStyle w:val="Heading2"/>
      </w:pPr>
      <w:r>
        <w:t>3. Monitoring and Review</w:t>
      </w:r>
    </w:p>
    <w:p w14:paraId="4967999A" w14:textId="77777777" w:rsidR="009A3577" w:rsidRDefault="00000000">
      <w:r>
        <w:t>This policy is monitored continuously and subject to formal annual review by the Preschool Manager and Proprietor. Next formal review date: 1 September 2027.</w:t>
      </w:r>
    </w:p>
    <w:p w14:paraId="267C767F" w14:textId="77777777" w:rsidR="009A3577" w:rsidRDefault="00000000">
      <w:r>
        <w:br w:type="page"/>
      </w:r>
    </w:p>
    <w:p w14:paraId="0FDABFE7" w14:textId="77777777" w:rsidR="009A3577" w:rsidRDefault="00000000">
      <w:pPr>
        <w:pStyle w:val="Heading1"/>
      </w:pPr>
      <w:r>
        <w:t>61. Severe Weather and Emergency Closure Policy</w:t>
      </w:r>
    </w:p>
    <w:p w14:paraId="5600CB9F" w14:textId="77777777" w:rsidR="009A3577" w:rsidRDefault="00000000">
      <w:r>
        <w:rPr>
          <w:b/>
          <w:color w:val="646464"/>
          <w:sz w:val="20"/>
        </w:rPr>
        <w:t>Effective Date: 1 September 2026 | Review Date: 1 September 2027</w:t>
      </w:r>
    </w:p>
    <w:p w14:paraId="77907045" w14:textId="77777777" w:rsidR="009A3577" w:rsidRDefault="00000000">
      <w:r>
        <w:t>This official policy establishes the operational standards, staff responsibilities, and statutory compliance protocols for Lilliput Learners Preschool under the Severe Weather and Emergency Closure Policy. All personnel, volunteers, and management are required to adhere strictly to these guidelines.</w:t>
      </w:r>
    </w:p>
    <w:p w14:paraId="7B2FFB47" w14:textId="77777777" w:rsidR="009A3577" w:rsidRDefault="00000000">
      <w:pPr>
        <w:pStyle w:val="Heading2"/>
      </w:pPr>
      <w:r>
        <w:t>1. Statement of Intent &amp; Purpose</w:t>
      </w:r>
    </w:p>
    <w:p w14:paraId="7AC7C881" w14:textId="77777777" w:rsidR="009A3577" w:rsidRDefault="00000000">
      <w:r>
        <w:t>To ensure absolute compliance with statutory requirements, safeguarding mandates, and best practice standards across all operations at Lilliput Learners Preschool.</w:t>
      </w:r>
    </w:p>
    <w:p w14:paraId="5D63E47D" w14:textId="77777777" w:rsidR="009A3577" w:rsidRDefault="00000000">
      <w:pPr>
        <w:pStyle w:val="Heading2"/>
      </w:pPr>
      <w:r>
        <w:t>2. Procedures and Implementation</w:t>
      </w:r>
    </w:p>
    <w:p w14:paraId="5C417157" w14:textId="77777777" w:rsidR="009A3577" w:rsidRDefault="00000000">
      <w:r>
        <w:t>All staff members are thoroughly briefed during induction and ongoing supervision. Records of implementation and adherence are maintained securely on site and reviewed regularly by management.</w:t>
      </w:r>
    </w:p>
    <w:p w14:paraId="55A5FFF4" w14:textId="77777777" w:rsidR="009A3577" w:rsidRDefault="00000000">
      <w:pPr>
        <w:pStyle w:val="Heading2"/>
      </w:pPr>
      <w:r>
        <w:t>3. Monitoring and Review</w:t>
      </w:r>
    </w:p>
    <w:p w14:paraId="5C591C50" w14:textId="77777777" w:rsidR="009A3577" w:rsidRDefault="00000000">
      <w:r>
        <w:t>This policy is monitored continuously and subject to formal annual review by the Preschool Manager and Proprietor. Next formal review date: 1 September 2027.</w:t>
      </w:r>
    </w:p>
    <w:p w14:paraId="61A01FBF" w14:textId="77777777" w:rsidR="009A3577" w:rsidRDefault="00000000">
      <w:r>
        <w:br w:type="page"/>
      </w:r>
    </w:p>
    <w:p w14:paraId="56EED7CC" w14:textId="77777777" w:rsidR="009A3577" w:rsidRDefault="00000000">
      <w:pPr>
        <w:pStyle w:val="Heading1"/>
      </w:pPr>
      <w:r>
        <w:t>62. Quality Assurance and Continuous Improvement Policy</w:t>
      </w:r>
    </w:p>
    <w:p w14:paraId="23D99F27" w14:textId="77777777" w:rsidR="009A3577" w:rsidRDefault="00000000">
      <w:r>
        <w:rPr>
          <w:b/>
          <w:color w:val="646464"/>
          <w:sz w:val="20"/>
        </w:rPr>
        <w:t>Effective Date: 1 September 2026 | Review Date: 1 September 2027</w:t>
      </w:r>
    </w:p>
    <w:p w14:paraId="6EBB602D" w14:textId="77777777" w:rsidR="009A3577" w:rsidRDefault="00000000">
      <w:r>
        <w:t>This official policy establishes the operational standards, staff responsibilities, and statutory compliance protocols for Lilliput Learners Preschool under the Quality Assurance and Continuous Improvement Policy. All personnel, volunteers, and management are required to adhere strictly to these guidelines.</w:t>
      </w:r>
    </w:p>
    <w:p w14:paraId="2565835A" w14:textId="77777777" w:rsidR="009A3577" w:rsidRDefault="00000000">
      <w:pPr>
        <w:pStyle w:val="Heading2"/>
      </w:pPr>
      <w:r>
        <w:t>1. Statement of Intent &amp; Purpose</w:t>
      </w:r>
    </w:p>
    <w:p w14:paraId="426CE7D7" w14:textId="77777777" w:rsidR="009A3577" w:rsidRDefault="00000000">
      <w:r>
        <w:t>To ensure absolute compliance with statutory requirements, safeguarding mandates, and best practice standards across all operations at Lilliput Learners Preschool.</w:t>
      </w:r>
    </w:p>
    <w:p w14:paraId="6706FC45" w14:textId="77777777" w:rsidR="009A3577" w:rsidRDefault="00000000">
      <w:pPr>
        <w:pStyle w:val="Heading2"/>
      </w:pPr>
      <w:r>
        <w:t>2. Procedures and Implementation</w:t>
      </w:r>
    </w:p>
    <w:p w14:paraId="1208C2C1" w14:textId="77777777" w:rsidR="009A3577" w:rsidRDefault="00000000">
      <w:r>
        <w:t>All staff members are thoroughly briefed during induction and ongoing supervision. Records of implementation and adherence are maintained securely on site and reviewed regularly by management.</w:t>
      </w:r>
    </w:p>
    <w:p w14:paraId="752417DD" w14:textId="77777777" w:rsidR="009A3577" w:rsidRDefault="00000000">
      <w:pPr>
        <w:pStyle w:val="Heading2"/>
      </w:pPr>
      <w:r>
        <w:t>3. Monitoring and Review</w:t>
      </w:r>
    </w:p>
    <w:p w14:paraId="04B46A81" w14:textId="77777777" w:rsidR="009A3577" w:rsidRDefault="00000000">
      <w:r>
        <w:t>This policy is monitored continuously and subject to formal annual review by the Preschool Manager and Proprietor. Next formal review date: 1 September 2027.</w:t>
      </w:r>
    </w:p>
    <w:sectPr w:rsidR="009A357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3210253">
    <w:abstractNumId w:val="8"/>
  </w:num>
  <w:num w:numId="2" w16cid:durableId="1129513844">
    <w:abstractNumId w:val="6"/>
  </w:num>
  <w:num w:numId="3" w16cid:durableId="1653294225">
    <w:abstractNumId w:val="5"/>
  </w:num>
  <w:num w:numId="4" w16cid:durableId="1607540326">
    <w:abstractNumId w:val="4"/>
  </w:num>
  <w:num w:numId="5" w16cid:durableId="1995403066">
    <w:abstractNumId w:val="7"/>
  </w:num>
  <w:num w:numId="6" w16cid:durableId="190187769">
    <w:abstractNumId w:val="3"/>
  </w:num>
  <w:num w:numId="7" w16cid:durableId="1158569796">
    <w:abstractNumId w:val="2"/>
  </w:num>
  <w:num w:numId="8" w16cid:durableId="549612785">
    <w:abstractNumId w:val="1"/>
  </w:num>
  <w:num w:numId="9" w16cid:durableId="9147071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774B"/>
    <w:rsid w:val="009A3577"/>
    <w:rsid w:val="00AA1D8D"/>
    <w:rsid w:val="00B47730"/>
    <w:rsid w:val="00CB0664"/>
    <w:rsid w:val="00D249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499978"/>
  <w14:defaultImageDpi w14:val="300"/>
  <w15:docId w15:val="{4AA13209-CF1D-CC45-A84A-156383FB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9851</Words>
  <Characters>56153</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Rosalind Brennan</cp:lastModifiedBy>
  <cp:revision>2</cp:revision>
  <dcterms:created xsi:type="dcterms:W3CDTF">2013-12-23T23:15:00Z</dcterms:created>
  <dcterms:modified xsi:type="dcterms:W3CDTF">2026-09-10T16:55:00Z</dcterms:modified>
  <cp:category/>
</cp:coreProperties>
</file>